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26E" w:rsidRPr="00237065" w:rsidRDefault="00783AC5" w:rsidP="00783AC5">
      <w:pPr>
        <w:spacing w:after="40"/>
        <w:rPr>
          <w:sz w:val="19"/>
        </w:rPr>
      </w:pPr>
      <w:r>
        <w:rPr>
          <w:color w:val="50155C"/>
          <w:sz w:val="34"/>
        </w:rPr>
        <w:t xml:space="preserve">                                   </w:t>
      </w:r>
      <w:r w:rsidR="00E16FB1">
        <w:rPr>
          <w:color w:val="50155C"/>
          <w:sz w:val="34"/>
        </w:rPr>
        <w:t xml:space="preserve">         </w:t>
      </w:r>
      <w:r>
        <w:rPr>
          <w:color w:val="50155C"/>
          <w:sz w:val="34"/>
        </w:rPr>
        <w:t xml:space="preserve"> </w:t>
      </w:r>
      <w:r w:rsidR="00E16FB1">
        <w:rPr>
          <w:color w:val="50155C"/>
          <w:sz w:val="34"/>
        </w:rPr>
        <w:t xml:space="preserve">                Walled Garden</w:t>
      </w:r>
      <w:r w:rsidR="00B26FAE" w:rsidRPr="00237065">
        <w:rPr>
          <w:color w:val="50155C"/>
          <w:sz w:val="34"/>
        </w:rPr>
        <w:t xml:space="preserve"> Autumn School Menu: Week One</w:t>
      </w:r>
      <w:r>
        <w:rPr>
          <w:color w:val="50155C"/>
          <w:sz w:val="34"/>
        </w:rPr>
        <w:t xml:space="preserve">                                       </w:t>
      </w:r>
      <w:r w:rsidR="00261EFB">
        <w:rPr>
          <w:color w:val="50155C"/>
          <w:sz w:val="34"/>
        </w:rPr>
        <w:t xml:space="preserve"> </w:t>
      </w:r>
      <w:r>
        <w:rPr>
          <w:color w:val="50155C"/>
          <w:sz w:val="34"/>
        </w:rPr>
        <w:t xml:space="preserve"> </w:t>
      </w:r>
      <w:r>
        <w:rPr>
          <w:rFonts w:ascii="Arial" w:eastAsia="Times New Roman" w:hAnsi="Arial"/>
          <w:noProof/>
          <w:color w:val="000000"/>
          <w:sz w:val="18"/>
          <w:szCs w:val="18"/>
        </w:rPr>
        <w:drawing>
          <wp:inline distT="0" distB="0" distL="0" distR="0" wp14:anchorId="5932B30B" wp14:editId="090B8DE2">
            <wp:extent cx="495303" cy="495303"/>
            <wp:effectExtent l="0" t="0" r="0" b="0"/>
            <wp:docPr id="3" name="Picture 8" descr="Sandroy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4953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E16FB1">
        <w:rPr>
          <w:color w:val="50155C"/>
          <w:sz w:val="34"/>
        </w:rPr>
        <w:t xml:space="preserve">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2244"/>
      </w:tblGrid>
      <w:tr w:rsidR="00A9026E" w:rsidRPr="00237065" w:rsidTr="00261EFB">
        <w:trPr>
          <w:jc w:val="center"/>
        </w:trPr>
        <w:tc>
          <w:tcPr>
            <w:tcW w:w="14742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FFFFFF"/>
                <w:sz w:val="25"/>
              </w:rPr>
              <w:t>BREAKFAST</w:t>
            </w:r>
          </w:p>
        </w:tc>
      </w:tr>
      <w:tr w:rsidR="00A9026E" w:rsidRPr="00237065" w:rsidTr="00261EFB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A9026E">
            <w:pPr>
              <w:spacing w:after="0" w:line="221" w:lineRule="auto"/>
              <w:rPr>
                <w:sz w:val="19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SATURDAY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SUNDAY</w:t>
            </w:r>
          </w:p>
        </w:tc>
      </w:tr>
      <w:tr w:rsidR="00A9026E" w:rsidRPr="00237065" w:rsidTr="00261EFB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90B67" w:rsidRPr="00237065" w:rsidRDefault="00790B67" w:rsidP="00790B67">
            <w:pPr>
              <w:spacing w:after="0" w:line="221" w:lineRule="auto"/>
              <w:jc w:val="center"/>
              <w:rPr>
                <w:sz w:val="19"/>
              </w:rPr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D8CD394" wp14:editId="6E9D9820">
                  <wp:simplePos x="0" y="0"/>
                  <wp:positionH relativeFrom="column">
                    <wp:posOffset>92741</wp:posOffset>
                  </wp:positionH>
                  <wp:positionV relativeFrom="paragraph">
                    <wp:posOffset>159265</wp:posOffset>
                  </wp:positionV>
                  <wp:extent cx="582116" cy="419764"/>
                  <wp:effectExtent l="0" t="0" r="8434" b="0"/>
                  <wp:wrapSquare wrapText="bothSides"/>
                  <wp:docPr id="5" name="Imag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 t="16261" r="7521" b="20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16" cy="41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B26FAE" w:rsidRPr="00237065">
              <w:rPr>
                <w:sz w:val="19"/>
              </w:rPr>
              <w:t>Main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Fried Eggs </w:t>
            </w:r>
            <w:r w:rsidR="00D04E0E">
              <w:rPr>
                <w:sz w:val="18"/>
              </w:rPr>
              <w:t>a</w:t>
            </w:r>
            <w:r w:rsidRPr="00237065">
              <w:rPr>
                <w:sz w:val="18"/>
              </w:rPr>
              <w:t>nd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Potato Waffle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Boiled Eggs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Served </w:t>
            </w:r>
            <w:r w:rsidR="00D04E0E">
              <w:rPr>
                <w:sz w:val="18"/>
              </w:rPr>
              <w:t>a</w:t>
            </w:r>
            <w:r w:rsidRPr="00237065">
              <w:rPr>
                <w:sz w:val="18"/>
              </w:rPr>
              <w:t>long</w:t>
            </w:r>
            <w:r w:rsidR="00D04E0E">
              <w:rPr>
                <w:sz w:val="18"/>
              </w:rPr>
              <w:t>s</w:t>
            </w:r>
            <w:r w:rsidRPr="00237065">
              <w:rPr>
                <w:sz w:val="18"/>
              </w:rPr>
              <w:t>ide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Fresh Fruit 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Toasted Crumpets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Grilled Bacon &amp;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Tomato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Freshly Baked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Croissants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Grilled Pork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Sausages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&amp; Baked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Scrambled Egg </w:t>
            </w:r>
            <w:r w:rsidR="00D04E0E">
              <w:rPr>
                <w:sz w:val="18"/>
              </w:rPr>
              <w:t>w</w:t>
            </w:r>
            <w:r w:rsidRPr="00237065">
              <w:rPr>
                <w:sz w:val="18"/>
              </w:rPr>
              <w:t>ith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Hash Browns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Freshly Baked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Croissants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Full English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Cooked Breakfast</w:t>
            </w:r>
          </w:p>
        </w:tc>
      </w:tr>
      <w:tr w:rsidR="00A9026E" w:rsidRPr="00237065" w:rsidTr="00261EFB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i/>
                <w:color w:val="50155C"/>
              </w:rPr>
              <w:t>Accompaniment</w:t>
            </w:r>
          </w:p>
        </w:tc>
        <w:tc>
          <w:tcPr>
            <w:tcW w:w="13302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i/>
                <w:color w:val="50155C"/>
              </w:rPr>
              <w:t>Served daily with fruit cart, cereals, porridge, toast and preserves</w:t>
            </w:r>
          </w:p>
        </w:tc>
      </w:tr>
    </w:tbl>
    <w:p w:rsidR="00A9026E" w:rsidRPr="00237065" w:rsidRDefault="00A9026E">
      <w:pPr>
        <w:spacing w:after="0"/>
        <w:rPr>
          <w:sz w:val="19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2244"/>
      </w:tblGrid>
      <w:tr w:rsidR="00A9026E" w:rsidRPr="00237065" w:rsidTr="00261EFB">
        <w:trPr>
          <w:jc w:val="center"/>
        </w:trPr>
        <w:tc>
          <w:tcPr>
            <w:tcW w:w="14742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FFFFFF"/>
                <w:sz w:val="25"/>
              </w:rPr>
              <w:t>LUNCH</w:t>
            </w:r>
          </w:p>
        </w:tc>
      </w:tr>
      <w:tr w:rsidR="00A9026E" w:rsidRPr="00237065" w:rsidTr="00261EFB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A9026E">
            <w:pPr>
              <w:spacing w:after="0" w:line="221" w:lineRule="auto"/>
              <w:rPr>
                <w:sz w:val="19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SATURDAY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SUNDAY</w:t>
            </w:r>
          </w:p>
        </w:tc>
      </w:tr>
      <w:tr w:rsidR="00A9026E" w:rsidRPr="00237065" w:rsidTr="00261EFB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90B67" w:rsidRPr="00237065" w:rsidRDefault="00790B67" w:rsidP="00E16FB1">
            <w:pPr>
              <w:spacing w:after="0" w:line="221" w:lineRule="auto"/>
              <w:jc w:val="center"/>
              <w:rPr>
                <w:sz w:val="19"/>
              </w:rPr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25C6E206" wp14:editId="59D9D5D2">
                  <wp:simplePos x="0" y="0"/>
                  <wp:positionH relativeFrom="column">
                    <wp:posOffset>169474</wp:posOffset>
                  </wp:positionH>
                  <wp:positionV relativeFrom="paragraph">
                    <wp:posOffset>139447</wp:posOffset>
                  </wp:positionV>
                  <wp:extent cx="476885" cy="385445"/>
                  <wp:effectExtent l="0" t="0" r="0" b="0"/>
                  <wp:wrapSquare wrapText="bothSides"/>
                  <wp:docPr id="8" name="Image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 l="6120" t="12121" r="7179" b="21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B26FAE" w:rsidRPr="00237065">
              <w:rPr>
                <w:sz w:val="19"/>
              </w:rPr>
              <w:t>Main Cours</w:t>
            </w:r>
            <w:r w:rsidR="00E16FB1">
              <w:rPr>
                <w:sz w:val="19"/>
              </w:rPr>
              <w:t>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Beef </w:t>
            </w:r>
            <w:proofErr w:type="spellStart"/>
            <w:r w:rsidRPr="00237065">
              <w:rPr>
                <w:sz w:val="18"/>
              </w:rPr>
              <w:t>Chilli</w:t>
            </w:r>
            <w:proofErr w:type="spellEnd"/>
            <w:r w:rsidRPr="00237065">
              <w:rPr>
                <w:sz w:val="18"/>
              </w:rPr>
              <w:t xml:space="preserve"> Con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Carne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Steamed Basmati Rice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Crisp Tortillas</w:t>
            </w:r>
          </w:p>
          <w:p w:rsidR="00A9026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Guacamole &amp; Salsa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Grilled Pork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Sausages, </w:t>
            </w:r>
            <w:r w:rsidR="00D04E0E">
              <w:rPr>
                <w:sz w:val="18"/>
              </w:rPr>
              <w:t>w</w:t>
            </w:r>
            <w:r w:rsidRPr="00237065">
              <w:rPr>
                <w:sz w:val="18"/>
              </w:rPr>
              <w:t>ith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Creamy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Mashed Potatoes &amp;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Baked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Spaghetti Bolognese</w:t>
            </w:r>
            <w:r w:rsidR="00D04E0E">
              <w:rPr>
                <w:sz w:val="18"/>
              </w:rPr>
              <w:t xml:space="preserve"> </w:t>
            </w:r>
            <w:r w:rsidR="00D04E0E">
              <w:rPr>
                <w:sz w:val="19"/>
              </w:rPr>
              <w:t>in a</w:t>
            </w:r>
            <w:r w:rsidRPr="00237065">
              <w:rPr>
                <w:sz w:val="18"/>
              </w:rPr>
              <w:t xml:space="preserve"> Rich Ragu Sauce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Served </w:t>
            </w:r>
            <w:r w:rsidR="00D04E0E">
              <w:rPr>
                <w:sz w:val="18"/>
              </w:rPr>
              <w:t>w</w:t>
            </w:r>
            <w:r w:rsidRPr="00237065">
              <w:rPr>
                <w:sz w:val="18"/>
              </w:rPr>
              <w:t>ith Freshly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Grated Parmesan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Cheese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Roast Breast</w:t>
            </w:r>
            <w:r w:rsidR="00D04E0E">
              <w:rPr>
                <w:sz w:val="18"/>
              </w:rPr>
              <w:t xml:space="preserve"> of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Chicken</w:t>
            </w:r>
          </w:p>
          <w:p w:rsidR="00A9026E" w:rsidRPr="00237065" w:rsidRDefault="00D04E0E">
            <w:pPr>
              <w:spacing w:after="0" w:line="221" w:lineRule="auto"/>
              <w:rPr>
                <w:sz w:val="19"/>
              </w:rPr>
            </w:pPr>
            <w:r>
              <w:rPr>
                <w:sz w:val="18"/>
              </w:rPr>
              <w:t>w</w:t>
            </w:r>
            <w:r w:rsidR="00B26FAE" w:rsidRPr="00237065">
              <w:rPr>
                <w:sz w:val="18"/>
              </w:rPr>
              <w:t>ith Herb Stuffing &amp;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Roast Chicken Gravy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Battered Fish &amp; Chips</w:t>
            </w:r>
          </w:p>
          <w:p w:rsidR="00A9026E" w:rsidRPr="00237065" w:rsidRDefault="00D04E0E">
            <w:pPr>
              <w:spacing w:after="0" w:line="221" w:lineRule="auto"/>
              <w:rPr>
                <w:sz w:val="19"/>
              </w:rPr>
            </w:pPr>
            <w:r>
              <w:rPr>
                <w:sz w:val="18"/>
              </w:rPr>
              <w:t>w</w:t>
            </w:r>
            <w:r w:rsidR="00B26FAE" w:rsidRPr="00237065">
              <w:rPr>
                <w:sz w:val="18"/>
              </w:rPr>
              <w:t>ith Fresh Lemon &amp;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Tartare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Glazed Pork Steaks</w:t>
            </w:r>
          </w:p>
          <w:p w:rsidR="00A9026E" w:rsidRPr="00237065" w:rsidRDefault="00D04E0E">
            <w:pPr>
              <w:spacing w:after="0" w:line="221" w:lineRule="auto"/>
              <w:rPr>
                <w:sz w:val="19"/>
              </w:rPr>
            </w:pPr>
            <w:r>
              <w:rPr>
                <w:sz w:val="18"/>
              </w:rPr>
              <w:t>w</w:t>
            </w:r>
            <w:r w:rsidR="00B26FAE" w:rsidRPr="00237065">
              <w:rPr>
                <w:sz w:val="18"/>
              </w:rPr>
              <w:t>ith Honey &amp;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Mustard</w:t>
            </w:r>
          </w:p>
          <w:p w:rsidR="00A9026E" w:rsidRPr="00237065" w:rsidRDefault="00D04E0E">
            <w:pPr>
              <w:spacing w:after="0" w:line="221" w:lineRule="auto"/>
              <w:rPr>
                <w:sz w:val="19"/>
              </w:rPr>
            </w:pPr>
            <w:r>
              <w:rPr>
                <w:sz w:val="18"/>
              </w:rPr>
              <w:t>s</w:t>
            </w:r>
            <w:r w:rsidR="00B26FAE" w:rsidRPr="00237065">
              <w:rPr>
                <w:sz w:val="18"/>
              </w:rPr>
              <w:t xml:space="preserve">erved </w:t>
            </w:r>
            <w:r>
              <w:rPr>
                <w:sz w:val="18"/>
              </w:rPr>
              <w:t>w</w:t>
            </w:r>
            <w:r w:rsidR="00B26FAE" w:rsidRPr="00237065">
              <w:rPr>
                <w:sz w:val="18"/>
              </w:rPr>
              <w:t>ith Thyme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Jus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Roast Topside Of Beef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Yorkshire Puddings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Beef Gravy &amp;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Horseradish Sauce</w:t>
            </w:r>
          </w:p>
        </w:tc>
      </w:tr>
      <w:tr w:rsidR="00A9026E" w:rsidRPr="00237065" w:rsidTr="00261EFB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90B67" w:rsidRPr="00237065" w:rsidRDefault="00790B67" w:rsidP="00790B67">
            <w:pPr>
              <w:spacing w:after="0" w:line="221" w:lineRule="auto"/>
              <w:jc w:val="center"/>
              <w:rPr>
                <w:sz w:val="19"/>
              </w:rPr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0D43703B" wp14:editId="6F353C08">
                  <wp:simplePos x="0" y="0"/>
                  <wp:positionH relativeFrom="column">
                    <wp:posOffset>10077</wp:posOffset>
                  </wp:positionH>
                  <wp:positionV relativeFrom="paragraph">
                    <wp:posOffset>163498</wp:posOffset>
                  </wp:positionV>
                  <wp:extent cx="797402" cy="474838"/>
                  <wp:effectExtent l="0" t="0" r="2698" b="1412"/>
                  <wp:wrapSquare wrapText="bothSides"/>
                  <wp:docPr id="12" name="Image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 l="6626" t="15776" r="4386" b="4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402" cy="474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B26FAE" w:rsidRPr="00237065">
              <w:rPr>
                <w:sz w:val="19"/>
              </w:rPr>
              <w:t>Vegetables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Baton Carrots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Steamed Cabbage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Boiled Potatoes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Creamed Potatoes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>
              <w:rPr>
                <w:sz w:val="18"/>
              </w:rPr>
              <w:t xml:space="preserve">&amp; </w:t>
            </w:r>
            <w:r w:rsidRPr="00237065">
              <w:rPr>
                <w:sz w:val="18"/>
              </w:rPr>
              <w:t>Baked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Garlic Bread Slices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Freshly Prepared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Salad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Cauliflower &amp;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Broccoli Florets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Roasted Baby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Potatoes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Chunky Chips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Steamed Peas</w:t>
            </w:r>
          </w:p>
          <w:p w:rsidR="00A9026E" w:rsidRPr="00237065" w:rsidRDefault="00C73CD3">
            <w:pPr>
              <w:spacing w:after="0" w:line="221" w:lineRule="auto"/>
              <w:rPr>
                <w:sz w:val="19"/>
              </w:rPr>
            </w:pPr>
            <w:r>
              <w:rPr>
                <w:sz w:val="18"/>
              </w:rPr>
              <w:t xml:space="preserve">&amp; </w:t>
            </w:r>
            <w:r w:rsidR="00B26FAE" w:rsidRPr="00237065">
              <w:rPr>
                <w:sz w:val="18"/>
              </w:rPr>
              <w:t>Tartare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Roasted Baby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Potatoes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Sliced Cabbage &amp;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Broccoli Florets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Roast Potatoes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Honey Roast Parsnips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Braised Red Cabbage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>
              <w:rPr>
                <w:sz w:val="18"/>
              </w:rPr>
              <w:t xml:space="preserve">&amp; </w:t>
            </w:r>
            <w:r w:rsidRPr="00237065">
              <w:rPr>
                <w:sz w:val="18"/>
              </w:rPr>
              <w:t>Broccoli Florets</w:t>
            </w:r>
          </w:p>
        </w:tc>
      </w:tr>
      <w:tr w:rsidR="00A9026E" w:rsidRPr="00237065" w:rsidTr="00261EFB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90B67" w:rsidRPr="00237065" w:rsidRDefault="00790B67" w:rsidP="00790B67">
            <w:pPr>
              <w:spacing w:after="0" w:line="221" w:lineRule="auto"/>
              <w:jc w:val="center"/>
              <w:rPr>
                <w:sz w:val="19"/>
              </w:rPr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19167CF0" wp14:editId="0EC3CE7E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158750</wp:posOffset>
                  </wp:positionV>
                  <wp:extent cx="432435" cy="398145"/>
                  <wp:effectExtent l="0" t="0" r="5715" b="1905"/>
                  <wp:wrapSquare wrapText="bothSides"/>
                  <wp:docPr id="15" name="Image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 l="11315" t="6992" r="13953" b="18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43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26FAE" w:rsidRPr="00237065">
              <w:rPr>
                <w:sz w:val="19"/>
              </w:rPr>
              <w:t>Pudding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D04E0E" w:rsidRDefault="00606CDE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>Sliced Watermelon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D04E0E" w:rsidRDefault="00B26FAE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>Natural Greek</w:t>
            </w:r>
            <w:r w:rsidR="00E16FB1" w:rsidRPr="00D04E0E">
              <w:rPr>
                <w:sz w:val="18"/>
                <w:szCs w:val="18"/>
              </w:rPr>
              <w:t xml:space="preserve"> </w:t>
            </w:r>
            <w:r w:rsidRPr="00D04E0E">
              <w:rPr>
                <w:sz w:val="18"/>
                <w:szCs w:val="18"/>
              </w:rPr>
              <w:t>Yogurt</w:t>
            </w:r>
            <w:r w:rsidR="00705121" w:rsidRPr="00D04E0E">
              <w:rPr>
                <w:sz w:val="18"/>
                <w:szCs w:val="18"/>
              </w:rPr>
              <w:t xml:space="preserve"> </w:t>
            </w:r>
          </w:p>
          <w:p w:rsidR="00A9026E" w:rsidRPr="00D04E0E" w:rsidRDefault="00B26FAE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>Forest Fruit Compote</w:t>
            </w:r>
          </w:p>
          <w:p w:rsidR="00A9026E" w:rsidRPr="00D04E0E" w:rsidRDefault="00B26FAE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>Or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D04E0E" w:rsidRDefault="00606CDE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 xml:space="preserve">Baked Apple &amp; Pear Oat Crumble </w:t>
            </w:r>
            <w:r w:rsidR="00D04E0E">
              <w:rPr>
                <w:sz w:val="18"/>
                <w:szCs w:val="18"/>
              </w:rPr>
              <w:t>w</w:t>
            </w:r>
            <w:r w:rsidRPr="00D04E0E">
              <w:rPr>
                <w:sz w:val="18"/>
                <w:szCs w:val="18"/>
              </w:rPr>
              <w:t>ith Cream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D04E0E" w:rsidRDefault="00705121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 xml:space="preserve">Pip Ice </w:t>
            </w:r>
            <w:proofErr w:type="spellStart"/>
            <w:r w:rsidRPr="00D04E0E">
              <w:rPr>
                <w:sz w:val="18"/>
                <w:szCs w:val="18"/>
              </w:rPr>
              <w:t>Lollies</w:t>
            </w:r>
            <w:proofErr w:type="spellEnd"/>
            <w:r w:rsidRPr="00D04E0E">
              <w:rPr>
                <w:sz w:val="18"/>
                <w:szCs w:val="18"/>
              </w:rPr>
              <w:t xml:space="preserve"> </w:t>
            </w:r>
          </w:p>
          <w:p w:rsidR="00705121" w:rsidRPr="00D04E0E" w:rsidRDefault="00705121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>Or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D04E0E" w:rsidRDefault="00705121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 xml:space="preserve">Poached Pears </w:t>
            </w:r>
            <w:r w:rsidR="00D04E0E">
              <w:rPr>
                <w:sz w:val="18"/>
                <w:szCs w:val="18"/>
              </w:rPr>
              <w:t>w</w:t>
            </w:r>
            <w:r w:rsidRPr="00D04E0E">
              <w:rPr>
                <w:sz w:val="18"/>
                <w:szCs w:val="18"/>
              </w:rPr>
              <w:t>ith Natural Greek Yoghurt</w:t>
            </w:r>
          </w:p>
          <w:p w:rsidR="00705121" w:rsidRPr="00D04E0E" w:rsidRDefault="00705121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>Or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A9026E">
            <w:pPr>
              <w:spacing w:after="0" w:line="221" w:lineRule="auto"/>
              <w:rPr>
                <w:sz w:val="19"/>
              </w:rPr>
            </w:pP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A9026E">
            <w:pPr>
              <w:spacing w:after="0" w:line="221" w:lineRule="auto"/>
              <w:rPr>
                <w:sz w:val="19"/>
              </w:rPr>
            </w:pPr>
          </w:p>
        </w:tc>
      </w:tr>
    </w:tbl>
    <w:p w:rsidR="00A9026E" w:rsidRPr="00237065" w:rsidRDefault="00A9026E">
      <w:pPr>
        <w:spacing w:after="0"/>
        <w:rPr>
          <w:sz w:val="19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2244"/>
      </w:tblGrid>
      <w:tr w:rsidR="00A9026E" w:rsidRPr="00237065" w:rsidTr="00261EFB">
        <w:trPr>
          <w:jc w:val="center"/>
        </w:trPr>
        <w:tc>
          <w:tcPr>
            <w:tcW w:w="14742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FFFFFF"/>
                <w:sz w:val="25"/>
              </w:rPr>
              <w:t>SUPPER</w:t>
            </w:r>
          </w:p>
        </w:tc>
      </w:tr>
      <w:tr w:rsidR="00A9026E" w:rsidRPr="00237065" w:rsidTr="00261EFB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A9026E">
            <w:pPr>
              <w:spacing w:after="0" w:line="221" w:lineRule="auto"/>
              <w:rPr>
                <w:sz w:val="19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SATURDAY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b/>
                <w:color w:val="50155C"/>
                <w:sz w:val="19"/>
              </w:rPr>
              <w:t>SUNDAY</w:t>
            </w:r>
          </w:p>
        </w:tc>
      </w:tr>
      <w:tr w:rsidR="00A9026E" w:rsidRPr="00237065" w:rsidTr="00261EFB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jc w:val="center"/>
              <w:rPr>
                <w:sz w:val="19"/>
              </w:rPr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 wp14:anchorId="34057911" wp14:editId="51024450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143510</wp:posOffset>
                  </wp:positionV>
                  <wp:extent cx="651510" cy="445135"/>
                  <wp:effectExtent l="0" t="0" r="0" b="0"/>
                  <wp:wrapSquare wrapText="bothSides"/>
                  <wp:docPr id="14" name="Image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 t="9625" r="5339" b="15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B26FAE" w:rsidRPr="00237065">
              <w:rPr>
                <w:sz w:val="19"/>
              </w:rPr>
              <w:t>Main Course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Baked Potatoes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Cheese, Ham, Tuna,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Baked Beans, Chicken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Salad Bar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Chicken &amp; Chorizo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Pasta </w:t>
            </w:r>
            <w:r w:rsidR="00D04E0E">
              <w:rPr>
                <w:sz w:val="18"/>
              </w:rPr>
              <w:t xml:space="preserve">in a </w:t>
            </w:r>
            <w:r w:rsidRPr="00237065">
              <w:rPr>
                <w:sz w:val="18"/>
              </w:rPr>
              <w:t>Tomato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Sauce</w:t>
            </w:r>
          </w:p>
          <w:p w:rsidR="00A9026E" w:rsidRPr="00237065" w:rsidRDefault="00D04E0E">
            <w:pPr>
              <w:spacing w:after="0" w:line="221" w:lineRule="auto"/>
              <w:rPr>
                <w:sz w:val="19"/>
              </w:rPr>
            </w:pPr>
            <w:r>
              <w:rPr>
                <w:sz w:val="18"/>
              </w:rPr>
              <w:t>w</w:t>
            </w:r>
            <w:r w:rsidR="00B26FAE" w:rsidRPr="00237065">
              <w:rPr>
                <w:sz w:val="18"/>
              </w:rPr>
              <w:t>ith Garlic Bread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BBQ Pulled Pork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Sourdough Roll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Apple Sauce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Crudities &amp; Salad Bar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Pizza Assortment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Served </w:t>
            </w:r>
            <w:r w:rsidR="00D04E0E">
              <w:rPr>
                <w:sz w:val="18"/>
              </w:rPr>
              <w:t>w</w:t>
            </w:r>
            <w:r w:rsidRPr="00237065">
              <w:rPr>
                <w:sz w:val="18"/>
              </w:rPr>
              <w:t>ith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Steamed Peas &amp; Corn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D04E0E" w:rsidRDefault="00D04E0E" w:rsidP="00D04E0E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>Pesto Tagliatelle</w:t>
            </w:r>
          </w:p>
          <w:p w:rsidR="00D04E0E" w:rsidRPr="00D04E0E" w:rsidRDefault="00D04E0E" w:rsidP="00D04E0E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>Roasted Vegetables</w:t>
            </w:r>
          </w:p>
          <w:p w:rsidR="00D04E0E" w:rsidRPr="00D04E0E" w:rsidRDefault="00D04E0E" w:rsidP="00D04E0E">
            <w:pPr>
              <w:spacing w:after="0" w:line="221" w:lineRule="auto"/>
              <w:rPr>
                <w:sz w:val="18"/>
                <w:szCs w:val="18"/>
              </w:rPr>
            </w:pPr>
            <w:r w:rsidRPr="00D04E0E">
              <w:rPr>
                <w:sz w:val="18"/>
                <w:szCs w:val="18"/>
              </w:rPr>
              <w:t>Sour Dough Bread</w:t>
            </w:r>
          </w:p>
          <w:p w:rsidR="00A9026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D04E0E">
              <w:rPr>
                <w:sz w:val="18"/>
                <w:szCs w:val="18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Garlic Chicken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Breast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Steamed Peas,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Buttered Baby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Potatoes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Salad Bar &amp; Proteins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Cheddar Cheese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&amp; Ham Paninis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Tomato Soup</w:t>
            </w:r>
          </w:p>
          <w:p w:rsidR="00A9026E" w:rsidRPr="00237065" w:rsidRDefault="00B26FA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Salad Bar &amp; Proteins</w:t>
            </w:r>
          </w:p>
        </w:tc>
      </w:tr>
      <w:tr w:rsidR="00783AC5" w:rsidRPr="00237065" w:rsidTr="00261EFB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>
              <w:rPr>
                <w:noProof/>
                <w:sz w:val="26"/>
                <w:szCs w:val="28"/>
              </w:rPr>
              <w:drawing>
                <wp:anchor distT="0" distB="0" distL="114300" distR="114300" simplePos="0" relativeHeight="251689984" behindDoc="0" locked="0" layoutInCell="1" allowOverlap="1" wp14:anchorId="1E989110" wp14:editId="5E01D473">
                  <wp:simplePos x="0" y="0"/>
                  <wp:positionH relativeFrom="column">
                    <wp:posOffset>389957</wp:posOffset>
                  </wp:positionH>
                  <wp:positionV relativeFrom="paragraph">
                    <wp:posOffset>136191</wp:posOffset>
                  </wp:positionV>
                  <wp:extent cx="400685" cy="384810"/>
                  <wp:effectExtent l="0" t="0" r="0" b="0"/>
                  <wp:wrapSquare wrapText="bothSides"/>
                  <wp:docPr id="23" name="Image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 l="12557" t="17110" r="11664" b="20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38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7065">
              <w:rPr>
                <w:sz w:val="19"/>
              </w:rPr>
              <w:t>Pudding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Freshly Baked</w:t>
            </w:r>
          </w:p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Flapjack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Carrot Cake</w:t>
            </w:r>
          </w:p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Chilled Water Melon</w:t>
            </w:r>
          </w:p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Courgette Cake with</w:t>
            </w:r>
          </w:p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Classic School</w:t>
            </w:r>
          </w:p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Sponge Cake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Chocolate Sponge</w:t>
            </w:r>
          </w:p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Cake, with Sprinkles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Home Baked Cookies</w:t>
            </w:r>
          </w:p>
        </w:tc>
      </w:tr>
      <w:tr w:rsidR="00783AC5" w:rsidRPr="00237065" w:rsidTr="00261EFB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 w:rsidRPr="00237065">
              <w:rPr>
                <w:i/>
                <w:color w:val="50155C"/>
              </w:rPr>
              <w:t>Accompaniment</w:t>
            </w:r>
          </w:p>
        </w:tc>
        <w:tc>
          <w:tcPr>
            <w:tcW w:w="13302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jc w:val="center"/>
              <w:rPr>
                <w:sz w:val="19"/>
              </w:rPr>
            </w:pPr>
            <w:r w:rsidRPr="00237065">
              <w:rPr>
                <w:i/>
                <w:color w:val="50155C"/>
              </w:rPr>
              <w:t>Lunch &amp; Supper Served daily with a selection of freshly prepared salads and proteins</w:t>
            </w:r>
          </w:p>
        </w:tc>
      </w:tr>
    </w:tbl>
    <w:p w:rsidR="00A9026E" w:rsidRDefault="00A9026E"/>
    <w:p w:rsidR="00A9026E" w:rsidRDefault="00783AC5" w:rsidP="00783AC5">
      <w:pPr>
        <w:spacing w:after="40"/>
      </w:pPr>
      <w:r>
        <w:rPr>
          <w:color w:val="50155C"/>
          <w:sz w:val="32"/>
        </w:rPr>
        <w:t xml:space="preserve">                                                                  </w:t>
      </w:r>
      <w:r w:rsidR="00E16FB1">
        <w:rPr>
          <w:color w:val="50155C"/>
          <w:sz w:val="34"/>
        </w:rPr>
        <w:t>Walled Garden</w:t>
      </w:r>
      <w:r w:rsidR="00B26FAE">
        <w:rPr>
          <w:color w:val="50155C"/>
          <w:sz w:val="32"/>
        </w:rPr>
        <w:t xml:space="preserve"> Autumn School Menu: Week Two</w:t>
      </w:r>
      <w:r>
        <w:rPr>
          <w:color w:val="50155C"/>
          <w:sz w:val="32"/>
        </w:rPr>
        <w:t xml:space="preserve">                                        </w:t>
      </w:r>
      <w:r w:rsidR="00E16FB1">
        <w:rPr>
          <w:color w:val="50155C"/>
          <w:sz w:val="32"/>
        </w:rPr>
        <w:t xml:space="preserve">   </w:t>
      </w:r>
      <w:r>
        <w:rPr>
          <w:color w:val="50155C"/>
          <w:sz w:val="32"/>
        </w:rPr>
        <w:t xml:space="preserve">  </w:t>
      </w:r>
      <w:r>
        <w:rPr>
          <w:rFonts w:ascii="Arial" w:eastAsia="Times New Roman" w:hAnsi="Arial"/>
          <w:noProof/>
          <w:color w:val="000000"/>
          <w:sz w:val="18"/>
          <w:szCs w:val="18"/>
        </w:rPr>
        <w:drawing>
          <wp:inline distT="0" distB="0" distL="0" distR="0" wp14:anchorId="5932B30B" wp14:editId="090B8DE2">
            <wp:extent cx="495303" cy="495303"/>
            <wp:effectExtent l="0" t="0" r="0" b="0"/>
            <wp:docPr id="19" name="Picture 8" descr="Sandroy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4953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2244"/>
      </w:tblGrid>
      <w:tr w:rsidR="00A9026E" w:rsidTr="00C34AF6">
        <w:trPr>
          <w:jc w:val="center"/>
        </w:trPr>
        <w:tc>
          <w:tcPr>
            <w:tcW w:w="14742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BREAKFAST</w:t>
            </w:r>
          </w:p>
        </w:tc>
      </w:tr>
      <w:tr w:rsidR="00A9026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D04E0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14560" behindDoc="0" locked="0" layoutInCell="1" allowOverlap="1" wp14:anchorId="0E5ACED6" wp14:editId="4CBDAABA">
                  <wp:simplePos x="0" y="0"/>
                  <wp:positionH relativeFrom="column">
                    <wp:posOffset>111925</wp:posOffset>
                  </wp:positionH>
                  <wp:positionV relativeFrom="paragraph">
                    <wp:posOffset>153728</wp:posOffset>
                  </wp:positionV>
                  <wp:extent cx="582116" cy="419764"/>
                  <wp:effectExtent l="0" t="0" r="8434" b="0"/>
                  <wp:wrapSquare wrapText="bothSides"/>
                  <wp:docPr id="1" name="Imag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 t="16261" r="7521" b="20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16" cy="41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Main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Fried Eggs </w:t>
            </w:r>
            <w:r>
              <w:rPr>
                <w:sz w:val="18"/>
              </w:rPr>
              <w:t>a</w:t>
            </w:r>
            <w:r w:rsidRPr="00237065">
              <w:rPr>
                <w:sz w:val="18"/>
              </w:rPr>
              <w:t>nd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Potato Waffle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Boiled Eggs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Served </w:t>
            </w:r>
            <w:r>
              <w:rPr>
                <w:sz w:val="18"/>
              </w:rPr>
              <w:t>a</w:t>
            </w:r>
            <w:r w:rsidRPr="00237065">
              <w:rPr>
                <w:sz w:val="18"/>
              </w:rPr>
              <w:t>long</w:t>
            </w:r>
            <w:r>
              <w:rPr>
                <w:sz w:val="18"/>
              </w:rPr>
              <w:t>s</w:t>
            </w:r>
            <w:r w:rsidRPr="00237065">
              <w:rPr>
                <w:sz w:val="18"/>
              </w:rPr>
              <w:t>ide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Fresh Fruit 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Toasted Crumpets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Grilled Bacon &amp;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Tomato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Freshly Baked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Croissants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Grilled Pork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Sausages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&amp; Baked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Scrambled Egg </w:t>
            </w:r>
            <w:r>
              <w:rPr>
                <w:sz w:val="18"/>
              </w:rPr>
              <w:t>w</w:t>
            </w:r>
            <w:r w:rsidRPr="00237065">
              <w:rPr>
                <w:sz w:val="18"/>
              </w:rPr>
              <w:t>ith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Hash Browns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Freshly Baked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Croissants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Full English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Cooked Breakfast</w:t>
            </w:r>
          </w:p>
        </w:tc>
      </w:tr>
      <w:tr w:rsidR="00A9026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i/>
                <w:color w:val="50155C"/>
                <w:sz w:val="15"/>
              </w:rPr>
              <w:t>Accompaniment</w:t>
            </w:r>
          </w:p>
        </w:tc>
        <w:tc>
          <w:tcPr>
            <w:tcW w:w="13302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i/>
                <w:color w:val="50155C"/>
                <w:sz w:val="15"/>
              </w:rPr>
              <w:t>Served daily with fruit cart, cereals, porridge, toast and preserves</w:t>
            </w:r>
          </w:p>
        </w:tc>
      </w:tr>
    </w:tbl>
    <w:p w:rsidR="00A9026E" w:rsidRDefault="00A9026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2244"/>
      </w:tblGrid>
      <w:tr w:rsidR="00A9026E" w:rsidTr="00C34AF6">
        <w:trPr>
          <w:jc w:val="center"/>
        </w:trPr>
        <w:tc>
          <w:tcPr>
            <w:tcW w:w="14742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LUNCH</w:t>
            </w:r>
          </w:p>
        </w:tc>
      </w:tr>
      <w:tr w:rsidR="00A9026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D04E0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10464" behindDoc="0" locked="0" layoutInCell="1" allowOverlap="1" wp14:anchorId="2F3C96B1" wp14:editId="426DC783">
                  <wp:simplePos x="0" y="0"/>
                  <wp:positionH relativeFrom="column">
                    <wp:posOffset>182263</wp:posOffset>
                  </wp:positionH>
                  <wp:positionV relativeFrom="paragraph">
                    <wp:posOffset>153728</wp:posOffset>
                  </wp:positionV>
                  <wp:extent cx="476885" cy="385445"/>
                  <wp:effectExtent l="0" t="0" r="0" b="0"/>
                  <wp:wrapSquare wrapText="bothSides"/>
                  <wp:docPr id="4" name="Image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 l="6120" t="12121" r="7179" b="21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Main Course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Sweet &amp; Sour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Chicken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With Prawn Crackers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Spaghetti &amp;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Meatballs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 a </w:t>
            </w:r>
            <w:r w:rsidRPr="00705121">
              <w:rPr>
                <w:sz w:val="16"/>
                <w:szCs w:val="16"/>
              </w:rPr>
              <w:t>Rich Tomato &amp;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Herb Sauce, Served With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Grated Parmesan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Roast Pork Loin</w:t>
            </w:r>
          </w:p>
          <w:p w:rsidR="00D04E0E" w:rsidRPr="00705121" w:rsidRDefault="002E022E" w:rsidP="00D04E0E">
            <w:pPr>
              <w:spacing w:after="0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="00D04E0E" w:rsidRPr="00705121">
              <w:rPr>
                <w:sz w:val="16"/>
                <w:szCs w:val="16"/>
              </w:rPr>
              <w:t>ith Herb Stuffing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&amp; Apple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Chicken</w:t>
            </w:r>
            <w:r>
              <w:rPr>
                <w:sz w:val="16"/>
                <w:szCs w:val="16"/>
              </w:rPr>
              <w:t xml:space="preserve"> &amp; Bacon Pasta </w:t>
            </w:r>
          </w:p>
          <w:p w:rsidR="00D04E0E" w:rsidRPr="00705121" w:rsidRDefault="002E022E" w:rsidP="00D04E0E">
            <w:pPr>
              <w:spacing w:after="0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</w:t>
            </w:r>
            <w:r w:rsidR="00D04E0E">
              <w:rPr>
                <w:sz w:val="16"/>
                <w:szCs w:val="16"/>
              </w:rPr>
              <w:t xml:space="preserve"> a </w:t>
            </w:r>
            <w:r w:rsidR="00D04E0E" w:rsidRPr="00705121">
              <w:rPr>
                <w:sz w:val="16"/>
                <w:szCs w:val="16"/>
              </w:rPr>
              <w:t>Creamy</w:t>
            </w:r>
            <w:r w:rsidR="00D04E0E">
              <w:rPr>
                <w:sz w:val="16"/>
                <w:szCs w:val="16"/>
              </w:rPr>
              <w:t xml:space="preserve"> Herb Sauce 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Breaded Fish Fingers,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&amp; Chunky Chips</w:t>
            </w:r>
          </w:p>
          <w:p w:rsidR="00D04E0E" w:rsidRPr="00705121" w:rsidRDefault="002E022E" w:rsidP="00D04E0E">
            <w:pPr>
              <w:spacing w:after="0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="00D04E0E" w:rsidRPr="00705121">
              <w:rPr>
                <w:sz w:val="16"/>
                <w:szCs w:val="16"/>
              </w:rPr>
              <w:t>ith Fresh Lemon &amp;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Tartare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Beef Curry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Naan Bread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Cucumber Riata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Mango Chutney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Baked Gammon</w:t>
            </w:r>
          </w:p>
          <w:p w:rsidR="00D04E0E" w:rsidRDefault="002E022E" w:rsidP="00D04E0E">
            <w:pPr>
              <w:spacing w:after="0" w:line="221" w:lineRule="auto"/>
            </w:pPr>
            <w:r>
              <w:rPr>
                <w:sz w:val="16"/>
              </w:rPr>
              <w:t>w</w:t>
            </w:r>
            <w:r w:rsidR="00D04E0E">
              <w:rPr>
                <w:sz w:val="16"/>
              </w:rPr>
              <w:t>ith Herb Stuffing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&amp; Pan Gravy</w:t>
            </w:r>
          </w:p>
        </w:tc>
      </w:tr>
      <w:tr w:rsidR="00D04E0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11488" behindDoc="0" locked="0" layoutInCell="1" allowOverlap="1" wp14:anchorId="088BC3CF" wp14:editId="74E3A028">
                  <wp:simplePos x="0" y="0"/>
                  <wp:positionH relativeFrom="column">
                    <wp:posOffset>-9802</wp:posOffset>
                  </wp:positionH>
                  <wp:positionV relativeFrom="paragraph">
                    <wp:posOffset>155437</wp:posOffset>
                  </wp:positionV>
                  <wp:extent cx="797402" cy="474838"/>
                  <wp:effectExtent l="0" t="0" r="2698" b="1412"/>
                  <wp:wrapSquare wrapText="bothSides"/>
                  <wp:docPr id="6" name="Image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 l="6626" t="15776" r="4386" b="4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402" cy="474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Vegetables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Egg Fried Rice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Cauliflower Florets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&amp; French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Freshly Prepared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Salads &amp;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 xml:space="preserve">Crusty </w:t>
            </w:r>
            <w:r w:rsidR="002E022E">
              <w:rPr>
                <w:sz w:val="16"/>
                <w:szCs w:val="16"/>
              </w:rPr>
              <w:t>W</w:t>
            </w:r>
            <w:r w:rsidRPr="00705121">
              <w:rPr>
                <w:sz w:val="16"/>
                <w:szCs w:val="16"/>
              </w:rPr>
              <w:t>arm Bread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Roast Potatoes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Broccoli Florets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Baton Carrots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Baby Steamed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Potatoes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Broccoli Florets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Sliced Savoy Cabbage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Chunky Chips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&amp; Steamed Peas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Fragrant Steamed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Rice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Spiced Cauliflower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Florets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Roast Potatoes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Creamed Leeks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Carrots &amp; Swede</w:t>
            </w:r>
            <w:r w:rsidR="002E022E">
              <w:t xml:space="preserve"> </w:t>
            </w:r>
            <w:r>
              <w:rPr>
                <w:sz w:val="16"/>
              </w:rPr>
              <w:t>Puree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Roasted Honey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Parsnips</w:t>
            </w:r>
          </w:p>
        </w:tc>
      </w:tr>
      <w:tr w:rsidR="00D04E0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12512" behindDoc="0" locked="0" layoutInCell="1" allowOverlap="1" wp14:anchorId="5B841511" wp14:editId="752914CC">
                  <wp:simplePos x="0" y="0"/>
                  <wp:positionH relativeFrom="column">
                    <wp:posOffset>182356</wp:posOffset>
                  </wp:positionH>
                  <wp:positionV relativeFrom="paragraph">
                    <wp:posOffset>118496</wp:posOffset>
                  </wp:positionV>
                  <wp:extent cx="433078" cy="491398"/>
                  <wp:effectExtent l="0" t="0" r="5072" b="3902"/>
                  <wp:wrapSquare wrapText="bothSides"/>
                  <wp:docPr id="10" name="Image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 l="11315" t="6992" r="13953" b="18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8" cy="491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Pudding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 xml:space="preserve">Fresh Fruit Salad 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Natural Yogurt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Fruit Compote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Or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Sliced Honeydew Melon 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 xml:space="preserve">Pip Ice </w:t>
            </w:r>
            <w:proofErr w:type="spellStart"/>
            <w:r w:rsidRPr="00705121">
              <w:rPr>
                <w:sz w:val="16"/>
                <w:szCs w:val="16"/>
              </w:rPr>
              <w:t>Lollies</w:t>
            </w:r>
            <w:proofErr w:type="spellEnd"/>
            <w:r w:rsidRPr="00705121">
              <w:rPr>
                <w:sz w:val="16"/>
                <w:szCs w:val="16"/>
              </w:rPr>
              <w:t xml:space="preserve"> 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Or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Stewed Apple &amp; Raspberries </w:t>
            </w:r>
            <w:r w:rsidR="002E022E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ith Cream 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</w:p>
        </w:tc>
      </w:tr>
    </w:tbl>
    <w:p w:rsidR="00A9026E" w:rsidRDefault="00A9026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2244"/>
      </w:tblGrid>
      <w:tr w:rsidR="00A9026E" w:rsidTr="00C34AF6">
        <w:trPr>
          <w:jc w:val="center"/>
        </w:trPr>
        <w:tc>
          <w:tcPr>
            <w:tcW w:w="14742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SUPPER</w:t>
            </w:r>
          </w:p>
        </w:tc>
      </w:tr>
      <w:tr w:rsidR="00A9026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A9026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34057911" wp14:editId="51024450">
                  <wp:simplePos x="0" y="0"/>
                  <wp:positionH relativeFrom="column">
                    <wp:posOffset>69712</wp:posOffset>
                  </wp:positionH>
                  <wp:positionV relativeFrom="paragraph">
                    <wp:posOffset>131114</wp:posOffset>
                  </wp:positionV>
                  <wp:extent cx="652680" cy="547204"/>
                  <wp:effectExtent l="0" t="0" r="0" b="5246"/>
                  <wp:wrapSquare wrapText="bothSides"/>
                  <wp:docPr id="13" name="Image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 t="9625" r="5339" b="15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680" cy="547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B26FAE">
              <w:t>Main Course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Cod Goujons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Skinny Fries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Peas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Margarita Pizza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Various Toppings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Katsu Chicken Curry</w:t>
            </w:r>
          </w:p>
          <w:p w:rsidR="00A9026E" w:rsidRDefault="002E022E">
            <w:pPr>
              <w:spacing w:after="0" w:line="221" w:lineRule="auto"/>
            </w:pPr>
            <w:r>
              <w:rPr>
                <w:sz w:val="16"/>
              </w:rPr>
              <w:t>w</w:t>
            </w:r>
            <w:r w:rsidR="00B26FAE">
              <w:rPr>
                <w:sz w:val="16"/>
              </w:rPr>
              <w:t>ith Egg Noodles &amp;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Roasted Vegetables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Home Cooked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Gammon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 xml:space="preserve">Ham </w:t>
            </w:r>
            <w:r w:rsidR="002E022E">
              <w:rPr>
                <w:sz w:val="16"/>
              </w:rPr>
              <w:t>w</w:t>
            </w:r>
            <w:r>
              <w:rPr>
                <w:sz w:val="16"/>
              </w:rPr>
              <w:t>ith Baked Beans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&amp; Sauté Potatoes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 xml:space="preserve">Fusilli Pasta </w:t>
            </w:r>
            <w:r w:rsidR="002E022E">
              <w:rPr>
                <w:sz w:val="16"/>
              </w:rPr>
              <w:t>w</w:t>
            </w:r>
            <w:r>
              <w:rPr>
                <w:sz w:val="16"/>
              </w:rPr>
              <w:t>ith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Bacon &amp; Cheese,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Steamed Broccoli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Florets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Garlic Chicken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Thighs,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Roasted Baby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Potatoes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Peas &amp; Carrots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Grilled Pork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Sausages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With Creamy Mashed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Potatoes &amp;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Baked Beans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</w:tr>
      <w:tr w:rsidR="00783AC5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>
              <w:rPr>
                <w:noProof/>
                <w:sz w:val="26"/>
                <w:szCs w:val="28"/>
              </w:rPr>
              <w:drawing>
                <wp:anchor distT="0" distB="0" distL="114300" distR="114300" simplePos="0" relativeHeight="251692032" behindDoc="0" locked="0" layoutInCell="1" allowOverlap="1" wp14:anchorId="5FA506D2" wp14:editId="5903951B">
                  <wp:simplePos x="0" y="0"/>
                  <wp:positionH relativeFrom="column">
                    <wp:posOffset>389957</wp:posOffset>
                  </wp:positionH>
                  <wp:positionV relativeFrom="paragraph">
                    <wp:posOffset>136191</wp:posOffset>
                  </wp:positionV>
                  <wp:extent cx="400685" cy="384810"/>
                  <wp:effectExtent l="0" t="0" r="0" b="0"/>
                  <wp:wrapSquare wrapText="bothSides"/>
                  <wp:docPr id="16" name="Image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 l="12557" t="17110" r="11664" b="20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38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7065">
              <w:rPr>
                <w:sz w:val="19"/>
              </w:rPr>
              <w:t>Pudding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Freshly Baked</w:t>
            </w:r>
          </w:p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Flapjack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Carrot Cake</w:t>
            </w:r>
          </w:p>
          <w:p w:rsidR="00783AC5" w:rsidRDefault="00783AC5" w:rsidP="00783AC5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Chilled Water Melon</w:t>
            </w:r>
          </w:p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Courgette Cake with</w:t>
            </w:r>
          </w:p>
          <w:p w:rsidR="00783AC5" w:rsidRDefault="00783AC5" w:rsidP="00783AC5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Classic School</w:t>
            </w:r>
          </w:p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Sponge Cake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Chocolate Sponge</w:t>
            </w:r>
          </w:p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Cake, with Sprinkles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Home Baked Cookies</w:t>
            </w:r>
          </w:p>
        </w:tc>
      </w:tr>
      <w:tr w:rsidR="00783AC5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i/>
                <w:color w:val="50155C"/>
                <w:sz w:val="15"/>
              </w:rPr>
              <w:t>Accompaniment</w:t>
            </w:r>
          </w:p>
        </w:tc>
        <w:tc>
          <w:tcPr>
            <w:tcW w:w="13302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  <w:jc w:val="center"/>
            </w:pPr>
            <w:r>
              <w:rPr>
                <w:i/>
                <w:color w:val="50155C"/>
                <w:sz w:val="15"/>
              </w:rPr>
              <w:t>Lunch &amp; Supper Served daily with a selection of freshly prepared salads and proteins</w:t>
            </w:r>
          </w:p>
        </w:tc>
      </w:tr>
    </w:tbl>
    <w:p w:rsidR="00A9026E" w:rsidRDefault="00783AC5" w:rsidP="00783AC5">
      <w:pPr>
        <w:spacing w:after="40"/>
      </w:pPr>
      <w:r>
        <w:rPr>
          <w:color w:val="50155C"/>
          <w:sz w:val="32"/>
        </w:rPr>
        <w:t xml:space="preserve">                                                             </w:t>
      </w:r>
      <w:r w:rsidR="00B26FAE">
        <w:rPr>
          <w:color w:val="50155C"/>
          <w:sz w:val="32"/>
        </w:rPr>
        <w:t xml:space="preserve"> </w:t>
      </w:r>
      <w:r w:rsidR="00E16FB1">
        <w:rPr>
          <w:color w:val="50155C"/>
          <w:sz w:val="34"/>
        </w:rPr>
        <w:t>Walled Garden</w:t>
      </w:r>
      <w:r w:rsidR="00B26FAE">
        <w:rPr>
          <w:color w:val="50155C"/>
          <w:sz w:val="32"/>
        </w:rPr>
        <w:t xml:space="preserve"> Autumn School Menu: Week Three</w:t>
      </w:r>
      <w:r>
        <w:rPr>
          <w:color w:val="50155C"/>
          <w:sz w:val="32"/>
        </w:rPr>
        <w:t xml:space="preserve">                                    </w:t>
      </w:r>
      <w:r w:rsidR="00C34AF6">
        <w:rPr>
          <w:color w:val="50155C"/>
          <w:sz w:val="32"/>
        </w:rPr>
        <w:t xml:space="preserve">    </w:t>
      </w:r>
      <w:r>
        <w:rPr>
          <w:color w:val="50155C"/>
          <w:sz w:val="32"/>
        </w:rPr>
        <w:t xml:space="preserve">    </w:t>
      </w:r>
      <w:r w:rsidR="00C34AF6">
        <w:rPr>
          <w:color w:val="50155C"/>
          <w:sz w:val="32"/>
        </w:rPr>
        <w:t xml:space="preserve"> </w:t>
      </w:r>
      <w:r>
        <w:rPr>
          <w:color w:val="50155C"/>
          <w:sz w:val="32"/>
        </w:rPr>
        <w:t xml:space="preserve"> </w:t>
      </w:r>
      <w:r>
        <w:rPr>
          <w:rFonts w:ascii="Arial" w:eastAsia="Times New Roman" w:hAnsi="Arial"/>
          <w:noProof/>
          <w:color w:val="000000"/>
          <w:sz w:val="18"/>
          <w:szCs w:val="18"/>
        </w:rPr>
        <w:drawing>
          <wp:inline distT="0" distB="0" distL="0" distR="0" wp14:anchorId="5932B30B" wp14:editId="090B8DE2">
            <wp:extent cx="495303" cy="495303"/>
            <wp:effectExtent l="0" t="0" r="0" b="0"/>
            <wp:docPr id="20" name="Picture 8" descr="Sandroy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4953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2244"/>
      </w:tblGrid>
      <w:tr w:rsidR="00A9026E" w:rsidTr="00C34AF6">
        <w:trPr>
          <w:jc w:val="center"/>
        </w:trPr>
        <w:tc>
          <w:tcPr>
            <w:tcW w:w="14742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BREAKFAST</w:t>
            </w:r>
          </w:p>
        </w:tc>
      </w:tr>
      <w:tr w:rsidR="00A9026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D04E0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16608" behindDoc="0" locked="0" layoutInCell="1" allowOverlap="1" wp14:anchorId="7A72E634" wp14:editId="24F6610A">
                  <wp:simplePos x="0" y="0"/>
                  <wp:positionH relativeFrom="column">
                    <wp:posOffset>131107</wp:posOffset>
                  </wp:positionH>
                  <wp:positionV relativeFrom="paragraph">
                    <wp:posOffset>147333</wp:posOffset>
                  </wp:positionV>
                  <wp:extent cx="582116" cy="419764"/>
                  <wp:effectExtent l="0" t="0" r="8434" b="0"/>
                  <wp:wrapSquare wrapText="bothSides"/>
                  <wp:docPr id="2" name="Imag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 t="16261" r="7521" b="206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16" cy="41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Main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Fried Eggs </w:t>
            </w:r>
            <w:r>
              <w:rPr>
                <w:sz w:val="18"/>
              </w:rPr>
              <w:t>a</w:t>
            </w:r>
            <w:r w:rsidRPr="00237065">
              <w:rPr>
                <w:sz w:val="18"/>
              </w:rPr>
              <w:t>nd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Potato Waffle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Boiled Eggs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Served </w:t>
            </w:r>
            <w:r>
              <w:rPr>
                <w:sz w:val="18"/>
              </w:rPr>
              <w:t>a</w:t>
            </w:r>
            <w:r w:rsidRPr="00237065">
              <w:rPr>
                <w:sz w:val="18"/>
              </w:rPr>
              <w:t>long</w:t>
            </w:r>
            <w:r>
              <w:rPr>
                <w:sz w:val="18"/>
              </w:rPr>
              <w:t>s</w:t>
            </w:r>
            <w:r w:rsidRPr="00237065">
              <w:rPr>
                <w:sz w:val="18"/>
              </w:rPr>
              <w:t>ide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Fresh Fruit 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Toasted Crumpets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Grilled Bacon &amp;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Tomato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Freshly Baked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Croissants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Grilled Pork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Sausages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&amp; Baked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 xml:space="preserve">Scrambled Egg </w:t>
            </w:r>
            <w:r>
              <w:rPr>
                <w:sz w:val="18"/>
              </w:rPr>
              <w:t>w</w:t>
            </w:r>
            <w:r w:rsidRPr="00237065">
              <w:rPr>
                <w:sz w:val="18"/>
              </w:rPr>
              <w:t>ith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Hash Browns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Freshly Baked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Croissants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Full English</w:t>
            </w:r>
          </w:p>
          <w:p w:rsidR="00D04E0E" w:rsidRPr="00237065" w:rsidRDefault="00D04E0E" w:rsidP="00D04E0E">
            <w:pPr>
              <w:spacing w:after="0" w:line="221" w:lineRule="auto"/>
              <w:rPr>
                <w:sz w:val="19"/>
              </w:rPr>
            </w:pPr>
            <w:r w:rsidRPr="00237065">
              <w:rPr>
                <w:sz w:val="18"/>
              </w:rPr>
              <w:t>Cooked Breakfast</w:t>
            </w:r>
          </w:p>
        </w:tc>
      </w:tr>
      <w:tr w:rsidR="00A9026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i/>
                <w:color w:val="50155C"/>
                <w:sz w:val="15"/>
              </w:rPr>
              <w:t>Accompaniment</w:t>
            </w:r>
          </w:p>
        </w:tc>
        <w:tc>
          <w:tcPr>
            <w:tcW w:w="13302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i/>
                <w:color w:val="50155C"/>
                <w:sz w:val="15"/>
              </w:rPr>
              <w:t>Served daily with fruit cart, cereals, porridge, toast and preserves</w:t>
            </w:r>
          </w:p>
        </w:tc>
      </w:tr>
    </w:tbl>
    <w:p w:rsidR="00A9026E" w:rsidRDefault="00A9026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2244"/>
      </w:tblGrid>
      <w:tr w:rsidR="00A9026E" w:rsidTr="00C34AF6">
        <w:trPr>
          <w:jc w:val="center"/>
        </w:trPr>
        <w:tc>
          <w:tcPr>
            <w:tcW w:w="14742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LUNCH</w:t>
            </w:r>
          </w:p>
        </w:tc>
      </w:tr>
      <w:tr w:rsidR="00A9026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D04E0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 wp14:anchorId="23D3CCAD" wp14:editId="0F5FDE32">
                  <wp:simplePos x="0" y="0"/>
                  <wp:positionH relativeFrom="column">
                    <wp:posOffset>162449</wp:posOffset>
                  </wp:positionH>
                  <wp:positionV relativeFrom="paragraph">
                    <wp:posOffset>125095</wp:posOffset>
                  </wp:positionV>
                  <wp:extent cx="476885" cy="385445"/>
                  <wp:effectExtent l="0" t="0" r="0" b="0"/>
                  <wp:wrapSquare wrapText="bothSides"/>
                  <wp:docPr id="9" name="Image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 l="6120" t="12121" r="7179" b="215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5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Main Course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 xml:space="preserve">Cottage Pie </w:t>
            </w:r>
            <w:r w:rsidR="002E022E">
              <w:rPr>
                <w:sz w:val="16"/>
              </w:rPr>
              <w:t>in a</w:t>
            </w:r>
            <w:r>
              <w:rPr>
                <w:sz w:val="16"/>
              </w:rPr>
              <w:t xml:space="preserve"> Rich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Beef Gravy, Topped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With Creamy Mashed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Potatoes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Pork Stroganoff</w:t>
            </w:r>
          </w:p>
          <w:p w:rsidR="00D04E0E" w:rsidRDefault="002E022E" w:rsidP="00D04E0E">
            <w:pPr>
              <w:spacing w:after="0" w:line="221" w:lineRule="auto"/>
            </w:pPr>
            <w:r>
              <w:rPr>
                <w:sz w:val="16"/>
              </w:rPr>
              <w:t xml:space="preserve">In a </w:t>
            </w:r>
            <w:r w:rsidR="00D04E0E">
              <w:rPr>
                <w:sz w:val="16"/>
              </w:rPr>
              <w:t>Mustard &amp; Paprika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Cream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Chicken &amp; Chorizo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Risotto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 xml:space="preserve">Served </w:t>
            </w:r>
            <w:r w:rsidR="002E022E">
              <w:rPr>
                <w:sz w:val="16"/>
              </w:rPr>
              <w:t>w</w:t>
            </w:r>
            <w:r>
              <w:rPr>
                <w:sz w:val="16"/>
              </w:rPr>
              <w:t>ith Crusty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Sliced Bread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Chicken Tikka Masala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Steamed Basmati Rice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Coriander Riata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Mango Chutney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Naan Bread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Battered Fish &amp; Chips</w:t>
            </w:r>
          </w:p>
          <w:p w:rsidR="00D04E0E" w:rsidRDefault="002E022E" w:rsidP="00D04E0E">
            <w:pPr>
              <w:spacing w:after="0" w:line="221" w:lineRule="auto"/>
            </w:pPr>
            <w:r>
              <w:rPr>
                <w:sz w:val="16"/>
              </w:rPr>
              <w:t>w</w:t>
            </w:r>
            <w:r w:rsidR="00D04E0E">
              <w:rPr>
                <w:sz w:val="16"/>
              </w:rPr>
              <w:t>ith Fresh Lemon &amp;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Tartare Sauce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Baked Salmon Fillet</w:t>
            </w:r>
          </w:p>
          <w:p w:rsidR="00D04E0E" w:rsidRDefault="002E022E" w:rsidP="00D04E0E">
            <w:pPr>
              <w:spacing w:after="0" w:line="221" w:lineRule="auto"/>
            </w:pPr>
            <w:r>
              <w:rPr>
                <w:sz w:val="16"/>
              </w:rPr>
              <w:t>w</w:t>
            </w:r>
            <w:r w:rsidR="00D04E0E">
              <w:rPr>
                <w:sz w:val="16"/>
              </w:rPr>
              <w:t xml:space="preserve">ith </w:t>
            </w:r>
            <w:r>
              <w:rPr>
                <w:sz w:val="16"/>
              </w:rPr>
              <w:t xml:space="preserve">a </w:t>
            </w:r>
            <w:r w:rsidR="00D04E0E">
              <w:rPr>
                <w:sz w:val="16"/>
              </w:rPr>
              <w:t xml:space="preserve">White Wine &amp; Chive Sauce 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Roast Lamb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Mint Sauce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Gravy</w:t>
            </w:r>
          </w:p>
        </w:tc>
      </w:tr>
      <w:tr w:rsidR="00D04E0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6BDBD35E" wp14:editId="6B48A79F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136829</wp:posOffset>
                  </wp:positionV>
                  <wp:extent cx="797402" cy="474838"/>
                  <wp:effectExtent l="0" t="0" r="2698" b="1412"/>
                  <wp:wrapSquare wrapText="bothSides"/>
                  <wp:docPr id="7" name="Image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 l="6626" t="15776" r="4386" b="46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402" cy="474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Vegetables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Steamed Peas With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Sweetcorn &amp;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Broccoli Florets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  <w:rPr>
                <w:sz w:val="16"/>
              </w:rPr>
            </w:pPr>
            <w:r>
              <w:rPr>
                <w:sz w:val="16"/>
              </w:rPr>
              <w:t xml:space="preserve">Rice 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Steamed Baton</w:t>
            </w:r>
          </w:p>
          <w:p w:rsidR="00D04E0E" w:rsidRDefault="00D04E0E" w:rsidP="00D04E0E">
            <w:pPr>
              <w:spacing w:after="0" w:line="221" w:lineRule="auto"/>
              <w:rPr>
                <w:sz w:val="16"/>
              </w:rPr>
            </w:pPr>
            <w:r>
              <w:rPr>
                <w:sz w:val="16"/>
              </w:rPr>
              <w:t>Carrots</w:t>
            </w:r>
          </w:p>
          <w:p w:rsidR="00D04E0E" w:rsidRDefault="00D04E0E" w:rsidP="00D04E0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 xml:space="preserve">Sliced Steamed Cabbage </w:t>
            </w:r>
          </w:p>
          <w:p w:rsidR="00D04E0E" w:rsidRDefault="00D04E0E" w:rsidP="00D04E0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Cauliflower Florets</w:t>
            </w:r>
            <w:r w:rsidR="002E022E">
              <w:t xml:space="preserve"> </w:t>
            </w:r>
            <w:r>
              <w:rPr>
                <w:sz w:val="16"/>
              </w:rPr>
              <w:t>&amp;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Steamed Whole Beans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Chunky Chips &amp;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Steamed Peas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French Beans &amp;</w:t>
            </w:r>
          </w:p>
          <w:p w:rsidR="00D04E0E" w:rsidRDefault="00D04E0E" w:rsidP="00D04E0E">
            <w:pPr>
              <w:spacing w:after="0" w:line="221" w:lineRule="auto"/>
            </w:pPr>
            <w:r>
              <w:rPr>
                <w:sz w:val="16"/>
              </w:rPr>
              <w:t>Sugar Snap Peas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Dauphinois Potatoes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Roasted Carrots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Red Cabbage</w:t>
            </w:r>
          </w:p>
          <w:p w:rsidR="00D04E0E" w:rsidRPr="00705121" w:rsidRDefault="00D04E0E" w:rsidP="00D04E0E">
            <w:pPr>
              <w:spacing w:after="0" w:line="221" w:lineRule="auto"/>
              <w:rPr>
                <w:sz w:val="16"/>
                <w:szCs w:val="16"/>
              </w:rPr>
            </w:pPr>
            <w:r w:rsidRPr="00705121">
              <w:rPr>
                <w:sz w:val="16"/>
                <w:szCs w:val="16"/>
              </w:rPr>
              <w:t>Roasted Parsnips</w:t>
            </w:r>
          </w:p>
        </w:tc>
      </w:tr>
      <w:tr w:rsidR="00D04E0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700224" behindDoc="0" locked="0" layoutInCell="1" allowOverlap="1" wp14:anchorId="5D535CF2" wp14:editId="62219630">
                  <wp:simplePos x="0" y="0"/>
                  <wp:positionH relativeFrom="column">
                    <wp:posOffset>182355</wp:posOffset>
                  </wp:positionH>
                  <wp:positionV relativeFrom="paragraph">
                    <wp:posOffset>119766</wp:posOffset>
                  </wp:positionV>
                  <wp:extent cx="433078" cy="491398"/>
                  <wp:effectExtent l="0" t="0" r="5072" b="3902"/>
                  <wp:wrapSquare wrapText="bothSides"/>
                  <wp:docPr id="11" name="Image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 l="11315" t="6992" r="13953" b="18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8" cy="491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Pudding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D04E0E" w:rsidRDefault="00D04E0E" w:rsidP="00D04E0E">
            <w:pPr>
              <w:spacing w:after="0" w:line="221" w:lineRule="auto"/>
              <w:rPr>
                <w:szCs w:val="17"/>
              </w:rPr>
            </w:pPr>
            <w:r w:rsidRPr="00D04E0E">
              <w:rPr>
                <w:szCs w:val="17"/>
              </w:rPr>
              <w:t>Sliced Watermelon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D04E0E" w:rsidRDefault="00D04E0E" w:rsidP="00D04E0E">
            <w:pPr>
              <w:spacing w:after="0" w:line="221" w:lineRule="auto"/>
              <w:rPr>
                <w:szCs w:val="17"/>
              </w:rPr>
            </w:pPr>
            <w:r w:rsidRPr="00D04E0E">
              <w:rPr>
                <w:szCs w:val="17"/>
              </w:rPr>
              <w:t xml:space="preserve">Natural Greek Yogurt </w:t>
            </w:r>
          </w:p>
          <w:p w:rsidR="00D04E0E" w:rsidRPr="00D04E0E" w:rsidRDefault="00D04E0E" w:rsidP="00D04E0E">
            <w:pPr>
              <w:spacing w:after="0" w:line="221" w:lineRule="auto"/>
              <w:rPr>
                <w:szCs w:val="17"/>
              </w:rPr>
            </w:pPr>
            <w:r w:rsidRPr="00D04E0E">
              <w:rPr>
                <w:szCs w:val="17"/>
              </w:rPr>
              <w:t>Forest Fruit Compote</w:t>
            </w:r>
          </w:p>
          <w:p w:rsidR="00D04E0E" w:rsidRPr="00D04E0E" w:rsidRDefault="00D04E0E" w:rsidP="00D04E0E">
            <w:pPr>
              <w:spacing w:after="0" w:line="221" w:lineRule="auto"/>
              <w:rPr>
                <w:szCs w:val="17"/>
              </w:rPr>
            </w:pPr>
            <w:r w:rsidRPr="00D04E0E">
              <w:rPr>
                <w:szCs w:val="17"/>
              </w:rPr>
              <w:t>Or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D04E0E" w:rsidRDefault="00D04E0E" w:rsidP="00D04E0E">
            <w:pPr>
              <w:spacing w:after="0" w:line="221" w:lineRule="auto"/>
              <w:rPr>
                <w:szCs w:val="17"/>
              </w:rPr>
            </w:pPr>
            <w:r w:rsidRPr="00D04E0E">
              <w:rPr>
                <w:szCs w:val="17"/>
              </w:rPr>
              <w:t xml:space="preserve">Baked Apple &amp; Pear Oat Crumble </w:t>
            </w:r>
            <w:r w:rsidR="002E022E">
              <w:rPr>
                <w:szCs w:val="17"/>
              </w:rPr>
              <w:t>w</w:t>
            </w:r>
            <w:r w:rsidRPr="00D04E0E">
              <w:rPr>
                <w:szCs w:val="17"/>
              </w:rPr>
              <w:t>ith Cream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D04E0E" w:rsidRDefault="00D04E0E" w:rsidP="00D04E0E">
            <w:pPr>
              <w:spacing w:after="0" w:line="221" w:lineRule="auto"/>
              <w:rPr>
                <w:szCs w:val="17"/>
              </w:rPr>
            </w:pPr>
            <w:r w:rsidRPr="00D04E0E">
              <w:rPr>
                <w:szCs w:val="17"/>
              </w:rPr>
              <w:t xml:space="preserve">Pip Ice </w:t>
            </w:r>
            <w:proofErr w:type="spellStart"/>
            <w:r w:rsidRPr="00D04E0E">
              <w:rPr>
                <w:szCs w:val="17"/>
              </w:rPr>
              <w:t>Lollies</w:t>
            </w:r>
            <w:proofErr w:type="spellEnd"/>
            <w:r w:rsidRPr="00D04E0E">
              <w:rPr>
                <w:szCs w:val="17"/>
              </w:rPr>
              <w:t xml:space="preserve"> </w:t>
            </w:r>
          </w:p>
          <w:p w:rsidR="00D04E0E" w:rsidRPr="00D04E0E" w:rsidRDefault="00D04E0E" w:rsidP="00D04E0E">
            <w:pPr>
              <w:spacing w:after="0" w:line="221" w:lineRule="auto"/>
              <w:rPr>
                <w:szCs w:val="17"/>
              </w:rPr>
            </w:pPr>
            <w:r w:rsidRPr="00D04E0E">
              <w:rPr>
                <w:szCs w:val="17"/>
              </w:rPr>
              <w:t>Or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Pr="00D04E0E" w:rsidRDefault="00D04E0E" w:rsidP="00D04E0E">
            <w:pPr>
              <w:spacing w:after="0" w:line="221" w:lineRule="auto"/>
              <w:rPr>
                <w:szCs w:val="17"/>
              </w:rPr>
            </w:pPr>
            <w:r w:rsidRPr="00D04E0E">
              <w:rPr>
                <w:szCs w:val="17"/>
              </w:rPr>
              <w:t xml:space="preserve">Poached Pears </w:t>
            </w:r>
            <w:r w:rsidR="002E022E">
              <w:rPr>
                <w:szCs w:val="17"/>
              </w:rPr>
              <w:t>w</w:t>
            </w:r>
            <w:r w:rsidRPr="00D04E0E">
              <w:rPr>
                <w:szCs w:val="17"/>
              </w:rPr>
              <w:t>ith Natural Greek Yoghurt</w:t>
            </w:r>
          </w:p>
          <w:p w:rsidR="00D04E0E" w:rsidRPr="00D04E0E" w:rsidRDefault="00D04E0E" w:rsidP="00D04E0E">
            <w:pPr>
              <w:spacing w:after="0" w:line="221" w:lineRule="auto"/>
              <w:rPr>
                <w:szCs w:val="17"/>
              </w:rPr>
            </w:pPr>
            <w:r w:rsidRPr="00D04E0E">
              <w:rPr>
                <w:szCs w:val="17"/>
              </w:rPr>
              <w:t>Or Fresh Fruit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D04E0E" w:rsidRDefault="00D04E0E" w:rsidP="00D04E0E">
            <w:pPr>
              <w:spacing w:after="0" w:line="221" w:lineRule="auto"/>
            </w:pPr>
          </w:p>
        </w:tc>
      </w:tr>
    </w:tbl>
    <w:p w:rsidR="00A9026E" w:rsidRDefault="00A9026E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843"/>
        <w:gridCol w:w="1843"/>
        <w:gridCol w:w="1843"/>
        <w:gridCol w:w="1843"/>
        <w:gridCol w:w="1843"/>
        <w:gridCol w:w="1843"/>
        <w:gridCol w:w="2244"/>
      </w:tblGrid>
      <w:tr w:rsidR="00A9026E" w:rsidTr="00C34AF6">
        <w:trPr>
          <w:jc w:val="center"/>
        </w:trPr>
        <w:tc>
          <w:tcPr>
            <w:tcW w:w="14742" w:type="dxa"/>
            <w:gridSpan w:val="8"/>
            <w:shd w:val="clear" w:color="auto" w:fill="50155C"/>
            <w:tcMar>
              <w:top w:w="35" w:type="dxa"/>
              <w:left w:w="70" w:type="dxa"/>
              <w:bottom w:w="35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FFFFFF"/>
                <w:sz w:val="23"/>
              </w:rPr>
              <w:t>SUPPER</w:t>
            </w:r>
          </w:p>
        </w:tc>
      </w:tr>
      <w:tr w:rsidR="00A9026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A9026E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MONDAY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TUESDAY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WEDNESDAY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THURSDAY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SATURDAY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F7F7F7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  <w:jc w:val="center"/>
            </w:pPr>
            <w:r>
              <w:rPr>
                <w:b/>
                <w:color w:val="50155C"/>
              </w:rPr>
              <w:t>SUNDAY</w:t>
            </w:r>
          </w:p>
        </w:tc>
      </w:tr>
      <w:tr w:rsidR="00A9026E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  <w:jc w:val="center"/>
            </w:pPr>
            <w:r>
              <w:rPr>
                <w:rFonts w:ascii="Constantia" w:hAnsi="Constantia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34057911" wp14:editId="51024450">
                  <wp:simplePos x="0" y="0"/>
                  <wp:positionH relativeFrom="column">
                    <wp:posOffset>76338</wp:posOffset>
                  </wp:positionH>
                  <wp:positionV relativeFrom="paragraph">
                    <wp:posOffset>131748</wp:posOffset>
                  </wp:positionV>
                  <wp:extent cx="652680" cy="547204"/>
                  <wp:effectExtent l="0" t="0" r="0" b="5246"/>
                  <wp:wrapSquare wrapText="bothSides"/>
                  <wp:docPr id="17" name="Image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 t="9625" r="5339" b="15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680" cy="547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B26FAE">
              <w:t>Main Course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Tomato &amp; Basil Pasta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Garlic Bread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Roasted Vegetables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Salt &amp; Pepper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Chicken</w:t>
            </w:r>
          </w:p>
          <w:p w:rsidR="00A9026E" w:rsidRDefault="00261EFB">
            <w:pPr>
              <w:spacing w:after="0" w:line="221" w:lineRule="auto"/>
            </w:pPr>
            <w:r>
              <w:rPr>
                <w:sz w:val="16"/>
              </w:rPr>
              <w:t xml:space="preserve">Chips 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Ham And Cheese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Panier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Baby Steamed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Potatoes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Peas &amp; Spinach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Cheese Burger &amp;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Onion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Sauté Potatoes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Baked Beans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D04E0E">
            <w:pPr>
              <w:spacing w:after="0" w:line="221" w:lineRule="auto"/>
            </w:pPr>
            <w:r>
              <w:rPr>
                <w:sz w:val="16"/>
              </w:rPr>
              <w:t xml:space="preserve">Baked Potatoes with Beef </w:t>
            </w:r>
            <w:proofErr w:type="spellStart"/>
            <w:r>
              <w:rPr>
                <w:sz w:val="16"/>
              </w:rPr>
              <w:t>Chilli</w:t>
            </w:r>
            <w:proofErr w:type="spellEnd"/>
            <w:r>
              <w:rPr>
                <w:sz w:val="16"/>
              </w:rPr>
              <w:t xml:space="preserve"> Con </w:t>
            </w:r>
            <w:proofErr w:type="spellStart"/>
            <w:r>
              <w:rPr>
                <w:sz w:val="16"/>
              </w:rPr>
              <w:t>Carni</w:t>
            </w:r>
            <w:proofErr w:type="spellEnd"/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Crispy Chilli Beef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Noodles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Stir Fried Vegetables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Freshly Made Soup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With Cheese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Baguette</w:t>
            </w:r>
          </w:p>
          <w:p w:rsidR="00A9026E" w:rsidRDefault="00B26FAE">
            <w:pPr>
              <w:spacing w:after="0" w:line="221" w:lineRule="auto"/>
            </w:pPr>
            <w:r>
              <w:rPr>
                <w:sz w:val="16"/>
              </w:rPr>
              <w:t>Salad Bar &amp; Proteins</w:t>
            </w:r>
          </w:p>
        </w:tc>
      </w:tr>
      <w:tr w:rsidR="00783AC5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Pr="00237065" w:rsidRDefault="00783AC5" w:rsidP="00783AC5">
            <w:pPr>
              <w:spacing w:after="0" w:line="221" w:lineRule="auto"/>
              <w:rPr>
                <w:sz w:val="19"/>
              </w:rPr>
            </w:pPr>
            <w:r>
              <w:rPr>
                <w:noProof/>
                <w:sz w:val="26"/>
                <w:szCs w:val="28"/>
              </w:rPr>
              <w:drawing>
                <wp:anchor distT="0" distB="0" distL="114300" distR="114300" simplePos="0" relativeHeight="251694080" behindDoc="0" locked="0" layoutInCell="1" allowOverlap="1" wp14:anchorId="4CBBB06B" wp14:editId="576BCC91">
                  <wp:simplePos x="0" y="0"/>
                  <wp:positionH relativeFrom="column">
                    <wp:posOffset>389957</wp:posOffset>
                  </wp:positionH>
                  <wp:positionV relativeFrom="paragraph">
                    <wp:posOffset>136191</wp:posOffset>
                  </wp:positionV>
                  <wp:extent cx="400685" cy="384810"/>
                  <wp:effectExtent l="0" t="0" r="0" b="0"/>
                  <wp:wrapSquare wrapText="bothSides"/>
                  <wp:docPr id="18" name="Image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 l="12557" t="17110" r="11664" b="205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38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7065">
              <w:rPr>
                <w:sz w:val="19"/>
              </w:rPr>
              <w:t>Pudding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Freshly Baked</w:t>
            </w:r>
          </w:p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Flapjack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Carrot Cake</w:t>
            </w:r>
          </w:p>
          <w:p w:rsidR="00783AC5" w:rsidRDefault="00783AC5" w:rsidP="00783AC5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Chilled Water Melon</w:t>
            </w:r>
          </w:p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Slices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Courgette Cake with</w:t>
            </w:r>
          </w:p>
          <w:p w:rsidR="00783AC5" w:rsidRDefault="00783AC5" w:rsidP="00783AC5">
            <w:pPr>
              <w:spacing w:after="0" w:line="221" w:lineRule="auto"/>
            </w:pP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Classic School</w:t>
            </w:r>
          </w:p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Sponge Cake</w:t>
            </w:r>
          </w:p>
        </w:tc>
        <w:tc>
          <w:tcPr>
            <w:tcW w:w="184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Chocolate Sponge</w:t>
            </w:r>
          </w:p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Cake, with Sprinkles</w:t>
            </w:r>
          </w:p>
        </w:tc>
        <w:tc>
          <w:tcPr>
            <w:tcW w:w="22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sz w:val="16"/>
              </w:rPr>
              <w:t>Home Baked Cookies</w:t>
            </w:r>
          </w:p>
        </w:tc>
      </w:tr>
      <w:tr w:rsidR="00783AC5" w:rsidTr="00C34AF6">
        <w:trPr>
          <w:jc w:val="center"/>
        </w:trPr>
        <w:tc>
          <w:tcPr>
            <w:tcW w:w="14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</w:pPr>
            <w:r>
              <w:rPr>
                <w:i/>
                <w:color w:val="50155C"/>
                <w:sz w:val="15"/>
              </w:rPr>
              <w:t>Accompaniment</w:t>
            </w:r>
          </w:p>
        </w:tc>
        <w:tc>
          <w:tcPr>
            <w:tcW w:w="13302" w:type="dxa"/>
            <w:gridSpan w:val="7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AC5" w:rsidRDefault="00783AC5" w:rsidP="00783AC5">
            <w:pPr>
              <w:spacing w:after="0" w:line="221" w:lineRule="auto"/>
              <w:jc w:val="center"/>
            </w:pPr>
            <w:r>
              <w:rPr>
                <w:i/>
                <w:color w:val="50155C"/>
                <w:sz w:val="15"/>
              </w:rPr>
              <w:t>Lunch &amp; Supper Served daily with a selection of freshly prepared salads and proteins</w:t>
            </w:r>
          </w:p>
        </w:tc>
      </w:tr>
    </w:tbl>
    <w:p w:rsidR="00A9026E" w:rsidRDefault="00A9026E">
      <w:pPr>
        <w:spacing w:after="0"/>
      </w:pPr>
    </w:p>
    <w:sectPr w:rsidR="00A9026E" w:rsidSect="00034616">
      <w:pgSz w:w="16834" w:h="11909" w:orient="landscape"/>
      <w:pgMar w:top="403" w:right="432" w:bottom="403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B Garamon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A5D"/>
    <w:rsid w:val="0015074B"/>
    <w:rsid w:val="00237065"/>
    <w:rsid w:val="00261EFB"/>
    <w:rsid w:val="0029639D"/>
    <w:rsid w:val="002E022E"/>
    <w:rsid w:val="00326F90"/>
    <w:rsid w:val="00606CDE"/>
    <w:rsid w:val="00705121"/>
    <w:rsid w:val="00783AC5"/>
    <w:rsid w:val="00790B67"/>
    <w:rsid w:val="00911C98"/>
    <w:rsid w:val="00A9026E"/>
    <w:rsid w:val="00AA1D8D"/>
    <w:rsid w:val="00B2350A"/>
    <w:rsid w:val="00B26FAE"/>
    <w:rsid w:val="00B47730"/>
    <w:rsid w:val="00C34AF6"/>
    <w:rsid w:val="00C73CD3"/>
    <w:rsid w:val="00CB0664"/>
    <w:rsid w:val="00D04E0E"/>
    <w:rsid w:val="00E16FB1"/>
    <w:rsid w:val="00E23FBF"/>
    <w:rsid w:val="00F815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1924C8"/>
  <w14:defaultImageDpi w14:val="300"/>
  <w15:docId w15:val="{D427A590-F97A-4AA0-8272-32F2EFA7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EB Garamond" w:eastAsia="EB Garamond" w:hAnsi="EB Garamond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2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FBF"/>
    <w:rPr>
      <w:rFonts w:ascii="Segoe UI" w:eastAsia="EB Garamond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A70F41-6130-4E00-B9B9-85C9F9B18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Sandroyd Autumn 2026 School Menu – Editable</vt:lpstr>
    </vt:vector>
  </TitlesOfParts>
  <Manager/>
  <Company/>
  <LinksUpToDate>false</LinksUpToDate>
  <CharactersWithSpaces>7375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Sandroyd Autumn 2026 School Menu – Editable</dc:title>
  <dc:subject/>
  <dc:creator>python-docx</dc:creator>
  <cp:keywords/>
  <dc:description>generated by python-docx</dc:description>
  <cp:lastModifiedBy>Kevin Ramsell</cp:lastModifiedBy>
  <cp:revision>6</cp:revision>
  <cp:lastPrinted>2026-09-04T10:45:00Z</cp:lastPrinted>
  <dcterms:created xsi:type="dcterms:W3CDTF">2026-08-24T10:58:00Z</dcterms:created>
  <dcterms:modified xsi:type="dcterms:W3CDTF">2026-09-03T09:43:00Z</dcterms:modified>
  <cp:category/>
</cp:coreProperties>
</file>