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26E" w:rsidRPr="00237065" w:rsidRDefault="00BE5B31" w:rsidP="00BE5B31">
      <w:pPr>
        <w:spacing w:after="40"/>
        <w:rPr>
          <w:sz w:val="19"/>
        </w:rPr>
      </w:pPr>
      <w:r>
        <w:rPr>
          <w:color w:val="50155C"/>
          <w:sz w:val="34"/>
        </w:rPr>
        <w:t xml:space="preserve">    </w:t>
      </w:r>
      <w:r w:rsidR="00BB471D">
        <w:rPr>
          <w:color w:val="50155C"/>
          <w:sz w:val="34"/>
        </w:rPr>
        <w:t xml:space="preserve">                                                        </w:t>
      </w:r>
      <w:r>
        <w:rPr>
          <w:color w:val="50155C"/>
          <w:sz w:val="34"/>
        </w:rPr>
        <w:t xml:space="preserve">         </w:t>
      </w:r>
      <w:r w:rsidR="00BB471D">
        <w:rPr>
          <w:color w:val="50155C"/>
          <w:sz w:val="34"/>
        </w:rPr>
        <w:t xml:space="preserve"> </w:t>
      </w:r>
      <w:r w:rsidR="00237065" w:rsidRPr="00237065">
        <w:rPr>
          <w:color w:val="50155C"/>
          <w:sz w:val="34"/>
        </w:rPr>
        <w:t xml:space="preserve"> Our Autumn School Menu: Week One</w:t>
      </w:r>
      <w:r w:rsidR="00BB471D">
        <w:rPr>
          <w:color w:val="50155C"/>
          <w:sz w:val="34"/>
        </w:rPr>
        <w:t xml:space="preserve">                                                 </w:t>
      </w:r>
      <w:r w:rsidR="00F427C5">
        <w:rPr>
          <w:color w:val="50155C"/>
          <w:sz w:val="34"/>
        </w:rPr>
        <w:t xml:space="preserve"> </w:t>
      </w:r>
      <w:r w:rsidR="00BB471D">
        <w:rPr>
          <w:rFonts w:ascii="Arial" w:eastAsia="Times New Roman" w:hAnsi="Arial"/>
          <w:noProof/>
          <w:color w:val="000000"/>
          <w:sz w:val="18"/>
          <w:szCs w:val="18"/>
        </w:rPr>
        <w:drawing>
          <wp:inline distT="0" distB="0" distL="0" distR="0" wp14:anchorId="1E20F3B2" wp14:editId="7131B18D">
            <wp:extent cx="495303" cy="495303"/>
            <wp:effectExtent l="0" t="0" r="0" b="0"/>
            <wp:docPr id="1" name="Picture 8" descr="Sandroy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4953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RPr="00237065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FFFFFF"/>
                <w:sz w:val="25"/>
              </w:rPr>
              <w:t>BREAKFAST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A9026E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SUNDAY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BB471D" w:rsidRPr="00237065" w:rsidRDefault="007E7638" w:rsidP="007E7638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C4AAF2F" wp14:editId="782F67B7">
                  <wp:simplePos x="0" y="0"/>
                  <wp:positionH relativeFrom="column">
                    <wp:posOffset>101667</wp:posOffset>
                  </wp:positionH>
                  <wp:positionV relativeFrom="paragraph">
                    <wp:posOffset>166136</wp:posOffset>
                  </wp:positionV>
                  <wp:extent cx="582116" cy="419764"/>
                  <wp:effectExtent l="0" t="0" r="8434" b="0"/>
                  <wp:wrapSquare wrapText="bothSides"/>
                  <wp:docPr id="5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 t="16261" r="7521" b="20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16" cy="41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237065" w:rsidRPr="00237065">
              <w:rPr>
                <w:sz w:val="19"/>
              </w:rPr>
              <w:t>Main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Fried Eggs </w:t>
            </w:r>
            <w:r w:rsidR="00E1342A">
              <w:rPr>
                <w:szCs w:val="17"/>
              </w:rPr>
              <w:t>a</w:t>
            </w:r>
            <w:r w:rsidRPr="007716BB">
              <w:rPr>
                <w:szCs w:val="17"/>
              </w:rPr>
              <w:t>nd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 Waffle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Boiled Eggs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s</w:t>
            </w:r>
            <w:r w:rsidR="00237065" w:rsidRPr="007716BB">
              <w:rPr>
                <w:szCs w:val="17"/>
              </w:rPr>
              <w:t xml:space="preserve">erved </w:t>
            </w:r>
            <w:r>
              <w:rPr>
                <w:szCs w:val="17"/>
              </w:rPr>
              <w:t>a</w:t>
            </w:r>
            <w:r w:rsidR="00237065" w:rsidRPr="007716BB">
              <w:rPr>
                <w:szCs w:val="17"/>
              </w:rPr>
              <w:t>long</w:t>
            </w:r>
            <w:r>
              <w:rPr>
                <w:szCs w:val="17"/>
              </w:rPr>
              <w:t>s</w:t>
            </w:r>
            <w:r w:rsidR="00237065" w:rsidRPr="007716BB">
              <w:rPr>
                <w:szCs w:val="17"/>
              </w:rPr>
              <w:t>ide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 Fruit 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Toasted Crumpets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Grilled Bacon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Tomato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Croissants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Grilled Pork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Sausages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Scrambled Egg </w:t>
            </w:r>
            <w:r w:rsidR="00E1342A">
              <w:rPr>
                <w:szCs w:val="17"/>
              </w:rPr>
              <w:t>w</w:t>
            </w:r>
            <w:r w:rsidRPr="007716BB">
              <w:rPr>
                <w:szCs w:val="17"/>
              </w:rPr>
              <w:t>ith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Hash Browns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Croissants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Full English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Cooked Breakfast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rPr>
                <w:sz w:val="19"/>
              </w:rPr>
            </w:pPr>
            <w:r w:rsidRPr="00237065">
              <w:rPr>
                <w:i/>
                <w:color w:val="50155C"/>
              </w:rPr>
              <w:t>Accompaniment</w:t>
            </w:r>
          </w:p>
        </w:tc>
        <w:tc>
          <w:tcPr>
            <w:tcW w:w="13019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i/>
                <w:color w:val="50155C"/>
              </w:rPr>
              <w:t>Served daily with fruit cart, cereals, porridge, toast and preserves</w:t>
            </w:r>
          </w:p>
        </w:tc>
      </w:tr>
    </w:tbl>
    <w:p w:rsidR="00A9026E" w:rsidRPr="00237065" w:rsidRDefault="00A9026E">
      <w:pPr>
        <w:spacing w:after="0"/>
        <w:rPr>
          <w:sz w:val="19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RPr="00237065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FFFFFF"/>
                <w:sz w:val="25"/>
              </w:rPr>
              <w:t>LUNCH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A9026E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SUNDAY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BB471D" w:rsidRPr="00237065" w:rsidRDefault="007E7638" w:rsidP="007E7638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7A74A65" wp14:editId="37DDB0FA">
                  <wp:simplePos x="0" y="0"/>
                  <wp:positionH relativeFrom="column">
                    <wp:posOffset>179739</wp:posOffset>
                  </wp:positionH>
                  <wp:positionV relativeFrom="paragraph">
                    <wp:posOffset>131813</wp:posOffset>
                  </wp:positionV>
                  <wp:extent cx="476885" cy="385445"/>
                  <wp:effectExtent l="0" t="0" r="0" b="0"/>
                  <wp:wrapSquare wrapText="bothSides"/>
                  <wp:docPr id="8" name="Imag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l="6120" t="12121" r="7179" b="21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237065" w:rsidRPr="00237065">
              <w:rPr>
                <w:sz w:val="19"/>
              </w:rPr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Beef Chilli Con</w:t>
            </w:r>
            <w:r w:rsidR="00CC37EA">
              <w:rPr>
                <w:szCs w:val="17"/>
              </w:rPr>
              <w:t xml:space="preserve"> </w:t>
            </w:r>
            <w:r w:rsidRPr="007716BB">
              <w:rPr>
                <w:szCs w:val="17"/>
              </w:rPr>
              <w:t>Carne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Basmati Rice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Crisp Tortillas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Guacamole &amp; Salsa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Grilled Pork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Sausages, </w:t>
            </w:r>
            <w:r w:rsidR="00E1342A">
              <w:rPr>
                <w:szCs w:val="17"/>
              </w:rPr>
              <w:t>w</w:t>
            </w:r>
            <w:r w:rsidRPr="007716BB">
              <w:rPr>
                <w:szCs w:val="17"/>
              </w:rPr>
              <w:t>ith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Creamy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Mashed Potatoes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Spaghetti Bolognese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in</w:t>
            </w:r>
            <w:r w:rsidR="00237065" w:rsidRPr="007716BB">
              <w:rPr>
                <w:szCs w:val="17"/>
              </w:rPr>
              <w:t xml:space="preserve"> </w:t>
            </w:r>
            <w:r>
              <w:rPr>
                <w:szCs w:val="17"/>
              </w:rPr>
              <w:t xml:space="preserve">a </w:t>
            </w:r>
            <w:r w:rsidR="00237065" w:rsidRPr="007716BB">
              <w:rPr>
                <w:szCs w:val="17"/>
              </w:rPr>
              <w:t>Rich Ragu Sauce</w:t>
            </w:r>
          </w:p>
          <w:p w:rsidR="00A9026E" w:rsidRPr="007716BB" w:rsidRDefault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s</w:t>
            </w:r>
            <w:r w:rsidR="00237065" w:rsidRPr="007716BB">
              <w:rPr>
                <w:szCs w:val="17"/>
              </w:rPr>
              <w:t xml:space="preserve">erved </w:t>
            </w:r>
            <w:r w:rsidR="00E1342A" w:rsidRPr="007716BB">
              <w:rPr>
                <w:szCs w:val="17"/>
              </w:rPr>
              <w:t>with</w:t>
            </w:r>
            <w:r w:rsidR="00237065" w:rsidRPr="007716BB">
              <w:rPr>
                <w:szCs w:val="17"/>
              </w:rPr>
              <w:t xml:space="preserve"> Freshly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Grated Parmesan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Cheese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Roast Breast </w:t>
            </w:r>
            <w:r w:rsidR="00E1342A">
              <w:rPr>
                <w:szCs w:val="17"/>
              </w:rPr>
              <w:t>o</w:t>
            </w:r>
            <w:r w:rsidRPr="007716BB">
              <w:rPr>
                <w:szCs w:val="17"/>
              </w:rPr>
              <w:t>f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Chicken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="00237065" w:rsidRPr="007716BB">
              <w:rPr>
                <w:szCs w:val="17"/>
              </w:rPr>
              <w:t>ith Herb Stuffing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 Chicken Gravy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Battered Fish &amp; Chips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="00237065" w:rsidRPr="007716BB">
              <w:rPr>
                <w:szCs w:val="17"/>
              </w:rPr>
              <w:t>ith Fresh Lemon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Tartare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Glazed Pork Steaks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="00237065" w:rsidRPr="007716BB">
              <w:rPr>
                <w:szCs w:val="17"/>
              </w:rPr>
              <w:t>ith Honey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Mustard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se</w:t>
            </w:r>
            <w:r w:rsidR="00237065" w:rsidRPr="007716BB">
              <w:rPr>
                <w:szCs w:val="17"/>
              </w:rPr>
              <w:t xml:space="preserve">rved </w:t>
            </w:r>
            <w:r>
              <w:rPr>
                <w:szCs w:val="17"/>
              </w:rPr>
              <w:t>w</w:t>
            </w:r>
            <w:r w:rsidR="00237065" w:rsidRPr="007716BB">
              <w:rPr>
                <w:szCs w:val="17"/>
              </w:rPr>
              <w:t>ith Thyme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Jus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Roast Topside </w:t>
            </w:r>
            <w:r w:rsidR="00E1342A" w:rsidRPr="007716BB">
              <w:rPr>
                <w:szCs w:val="17"/>
              </w:rPr>
              <w:t>of</w:t>
            </w:r>
            <w:r w:rsidRPr="007716BB">
              <w:rPr>
                <w:szCs w:val="17"/>
              </w:rPr>
              <w:t xml:space="preserve"> Beef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Yorkshire Puddings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Beef Gravy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Horseradish Sauce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BB471D" w:rsidRPr="00237065" w:rsidRDefault="007E7638" w:rsidP="007E7638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383658FA" wp14:editId="18003362">
                  <wp:simplePos x="0" y="0"/>
                  <wp:positionH relativeFrom="column">
                    <wp:posOffset>41208</wp:posOffset>
                  </wp:positionH>
                  <wp:positionV relativeFrom="paragraph">
                    <wp:posOffset>134687</wp:posOffset>
                  </wp:positionV>
                  <wp:extent cx="733425" cy="407670"/>
                  <wp:effectExtent l="0" t="0" r="9525" b="0"/>
                  <wp:wrapSquare wrapText="bothSides"/>
                  <wp:docPr id="4" name="Imag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 l="6626" t="15776" r="4386" b="4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065" w:rsidRPr="00237065">
              <w:rPr>
                <w:sz w:val="19"/>
              </w:rPr>
              <w:t>Vegetables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Default="00237065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Steamed </w:t>
            </w:r>
            <w:r w:rsidR="00E1342A">
              <w:rPr>
                <w:szCs w:val="17"/>
              </w:rPr>
              <w:t>Broccoli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&amp; Rice </w:t>
            </w:r>
          </w:p>
          <w:p w:rsidR="00A9026E" w:rsidRPr="007716BB" w:rsidRDefault="00A9026E">
            <w:pPr>
              <w:spacing w:after="0" w:line="221" w:lineRule="auto"/>
              <w:rPr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Creamed Potatoes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Garlic Bread Slices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Prepared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Cauliflower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Broccoli Florets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Roasted Baby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Chunky Chips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Peas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Tartare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Roasted Baby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Sliced Cabbage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Broccoli Florets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 Potatoes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Honey Roast Parsnips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Braised Red Cabbage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Broccoli Florets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BB471D" w:rsidRPr="00237065" w:rsidRDefault="007E7638" w:rsidP="007E7638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2D94B551" wp14:editId="3CFCB2E0">
                  <wp:simplePos x="0" y="0"/>
                  <wp:positionH relativeFrom="column">
                    <wp:posOffset>208514</wp:posOffset>
                  </wp:positionH>
                  <wp:positionV relativeFrom="paragraph">
                    <wp:posOffset>166972</wp:posOffset>
                  </wp:positionV>
                  <wp:extent cx="388620" cy="421640"/>
                  <wp:effectExtent l="0" t="0" r="0" b="0"/>
                  <wp:wrapSquare wrapText="bothSides"/>
                  <wp:docPr id="14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 l="11315" t="6992" r="13953" b="18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065" w:rsidRPr="00237065">
              <w:rPr>
                <w:sz w:val="19"/>
              </w:rP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Belgian Waffles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Vanilla Ice Cream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Caramel Sauce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="00237065"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Natural Greek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Yogurt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Forest Fruit Compote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Pumpkin &amp; Sunflower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Seeds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Apple &amp; Sultana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Crumble With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Cinnamon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And Dairy Custard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Ice Cream Thursday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Default="007716BB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Jam Sponge &amp; Dairy Custard 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Rice Pudding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Served With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Preserves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Lemon Meringue Pie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With Fresh Double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Pouring Cream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</w:tr>
    </w:tbl>
    <w:p w:rsidR="00A9026E" w:rsidRPr="00237065" w:rsidRDefault="00A9026E">
      <w:pPr>
        <w:spacing w:after="0"/>
        <w:rPr>
          <w:sz w:val="19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RPr="00237065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FFFFFF"/>
                <w:sz w:val="25"/>
              </w:rPr>
              <w:t>SUPPER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A9026E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SUNDAY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237065" w:rsidRDefault="007E7638" w:rsidP="007E7638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4E19D86A" wp14:editId="50902FD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141304</wp:posOffset>
                  </wp:positionV>
                  <wp:extent cx="652145" cy="546735"/>
                  <wp:effectExtent l="0" t="0" r="0" b="5246"/>
                  <wp:wrapSquare wrapText="bothSides"/>
                  <wp:docPr id="18" name="Image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 t="9625" r="5339" b="15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145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237065" w:rsidRPr="00237065">
              <w:rPr>
                <w:sz w:val="19"/>
              </w:rPr>
              <w:t>Main Cours</w:t>
            </w:r>
            <w:r>
              <w:rPr>
                <w:sz w:val="19"/>
              </w:rPr>
              <w:t>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Potatoes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Cheese, Ham, Tuna,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Beans, Chicken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Chicken &amp; Chorizo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Pasta </w:t>
            </w:r>
            <w:r w:rsidR="00E1342A" w:rsidRPr="007716BB">
              <w:rPr>
                <w:szCs w:val="17"/>
              </w:rPr>
              <w:t>in</w:t>
            </w:r>
            <w:r w:rsidRPr="007716BB">
              <w:rPr>
                <w:szCs w:val="17"/>
              </w:rPr>
              <w:t xml:space="preserve"> </w:t>
            </w:r>
            <w:r w:rsidR="00E1342A">
              <w:rPr>
                <w:szCs w:val="17"/>
              </w:rPr>
              <w:t>a</w:t>
            </w:r>
            <w:r w:rsidRPr="007716BB">
              <w:rPr>
                <w:szCs w:val="17"/>
              </w:rPr>
              <w:t xml:space="preserve"> Tomato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Sauce</w:t>
            </w:r>
          </w:p>
          <w:p w:rsidR="00A9026E" w:rsidRPr="007716BB" w:rsidRDefault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="00237065" w:rsidRPr="007716BB">
              <w:rPr>
                <w:szCs w:val="17"/>
              </w:rPr>
              <w:t>ith Garlic Bread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BBQ Pulled Pork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Sourdough Roll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Apple Sauce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Crudities &amp; Salad Bar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Pizza Assortment</w:t>
            </w:r>
          </w:p>
          <w:p w:rsidR="00A9026E" w:rsidRPr="007716BB" w:rsidRDefault="00237065" w:rsidP="00C0009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Served </w:t>
            </w:r>
            <w:r w:rsidR="00E1342A">
              <w:rPr>
                <w:szCs w:val="17"/>
              </w:rPr>
              <w:t>w</w:t>
            </w:r>
            <w:r w:rsidRPr="007716BB">
              <w:rPr>
                <w:szCs w:val="17"/>
              </w:rPr>
              <w:t>ith</w:t>
            </w:r>
            <w:r w:rsidR="00CC37EA" w:rsidRPr="007716BB">
              <w:rPr>
                <w:szCs w:val="17"/>
              </w:rPr>
              <w:t xml:space="preserve"> 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Peas &amp; Corn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Pesto </w:t>
            </w:r>
            <w:r w:rsidR="00CC37EA">
              <w:rPr>
                <w:szCs w:val="17"/>
              </w:rPr>
              <w:t>Tagliatelle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Roasted Vegetables</w:t>
            </w:r>
          </w:p>
          <w:p w:rsidR="00E1342A" w:rsidRPr="007716BB" w:rsidRDefault="00CC37EA" w:rsidP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Garlic</w:t>
            </w:r>
            <w:r w:rsidR="00E1342A" w:rsidRPr="007716BB">
              <w:rPr>
                <w:szCs w:val="17"/>
              </w:rPr>
              <w:t xml:space="preserve"> Bread</w:t>
            </w:r>
          </w:p>
          <w:p w:rsidR="00A9026E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</w:t>
            </w:r>
            <w:r>
              <w:rPr>
                <w:szCs w:val="17"/>
              </w:rPr>
              <w:t>d B</w:t>
            </w:r>
            <w:r w:rsidRPr="007716BB">
              <w:rPr>
                <w:szCs w:val="17"/>
              </w:rPr>
              <w:t>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Garlic Chicken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Breast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Peas,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Buttered Baby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Cheddar Cheese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Ham Paninis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Tomato Soup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</w:tr>
      <w:tr w:rsidR="00F62C8D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Default="00F62C8D" w:rsidP="00F62C8D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9"/>
              </w:rPr>
              <w:t>Pudding</w:t>
            </w:r>
          </w:p>
          <w:p w:rsidR="00F62C8D" w:rsidRPr="00237065" w:rsidRDefault="00F62C8D" w:rsidP="00F62C8D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noProof/>
                <w:sz w:val="26"/>
                <w:szCs w:val="28"/>
              </w:rPr>
              <w:drawing>
                <wp:anchor distT="0" distB="0" distL="114300" distR="114300" simplePos="0" relativeHeight="251708416" behindDoc="0" locked="0" layoutInCell="1" allowOverlap="1" wp14:anchorId="00B414A3" wp14:editId="1788721B">
                  <wp:simplePos x="0" y="0"/>
                  <wp:positionH relativeFrom="column">
                    <wp:posOffset>396875</wp:posOffset>
                  </wp:positionH>
                  <wp:positionV relativeFrom="paragraph">
                    <wp:posOffset>2540</wp:posOffset>
                  </wp:positionV>
                  <wp:extent cx="400685" cy="384810"/>
                  <wp:effectExtent l="0" t="0" r="0" b="0"/>
                  <wp:wrapSquare wrapText="bothSides"/>
                  <wp:docPr id="19" name="Imag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 l="12557" t="17110" r="11664" b="20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Flapjack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Carrot Cake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Chilled Water Melon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Courgette Cake 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Classic School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Sponge Cake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Chocolate Sponge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Cake, with Sprinkles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Home Baked Cookies</w:t>
            </w:r>
          </w:p>
        </w:tc>
      </w:tr>
      <w:tr w:rsidR="00A9026E" w:rsidRPr="00237065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rPr>
                <w:sz w:val="19"/>
              </w:rPr>
            </w:pPr>
            <w:r w:rsidRPr="00237065">
              <w:rPr>
                <w:i/>
                <w:color w:val="50155C"/>
              </w:rPr>
              <w:t>Accompaniment</w:t>
            </w:r>
          </w:p>
        </w:tc>
        <w:tc>
          <w:tcPr>
            <w:tcW w:w="13019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23706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i/>
                <w:color w:val="50155C"/>
              </w:rPr>
              <w:t>Lunch &amp; Supper Served daily with a selection of freshly prepared salads and proteins</w:t>
            </w:r>
            <w:r w:rsidR="00E1342A">
              <w:rPr>
                <w:i/>
                <w:color w:val="50155C"/>
              </w:rPr>
              <w:t>, Fresh Fruits &amp; Natural Greek Yoghurt</w:t>
            </w:r>
          </w:p>
        </w:tc>
      </w:tr>
    </w:tbl>
    <w:p w:rsidR="00A9026E" w:rsidRDefault="00BB471D">
      <w:pPr>
        <w:spacing w:after="40"/>
        <w:jc w:val="center"/>
      </w:pPr>
      <w:r>
        <w:rPr>
          <w:color w:val="50155C"/>
          <w:sz w:val="32"/>
        </w:rPr>
        <w:t xml:space="preserve">                                                         </w:t>
      </w:r>
      <w:r w:rsidR="00F427C5">
        <w:rPr>
          <w:color w:val="50155C"/>
          <w:sz w:val="32"/>
        </w:rPr>
        <w:t xml:space="preserve">      </w:t>
      </w:r>
      <w:r>
        <w:rPr>
          <w:color w:val="50155C"/>
          <w:sz w:val="32"/>
        </w:rPr>
        <w:t xml:space="preserve">  </w:t>
      </w:r>
      <w:r w:rsidR="00237065">
        <w:rPr>
          <w:color w:val="50155C"/>
          <w:sz w:val="32"/>
        </w:rPr>
        <w:t>Our Autumn School Menu: We</w:t>
      </w:r>
      <w:r>
        <w:rPr>
          <w:color w:val="50155C"/>
          <w:sz w:val="32"/>
        </w:rPr>
        <w:t xml:space="preserve">ek Two                                       </w:t>
      </w:r>
      <w:r w:rsidR="00F427C5">
        <w:rPr>
          <w:color w:val="50155C"/>
          <w:sz w:val="32"/>
        </w:rPr>
        <w:t xml:space="preserve">      </w:t>
      </w:r>
      <w:r>
        <w:rPr>
          <w:color w:val="50155C"/>
          <w:sz w:val="32"/>
        </w:rPr>
        <w:t xml:space="preserve">    </w:t>
      </w:r>
      <w:r w:rsidR="00F427C5">
        <w:rPr>
          <w:color w:val="50155C"/>
          <w:sz w:val="32"/>
        </w:rPr>
        <w:t xml:space="preserve">    </w:t>
      </w:r>
      <w:r>
        <w:rPr>
          <w:color w:val="50155C"/>
          <w:sz w:val="32"/>
        </w:rPr>
        <w:t xml:space="preserve">   </w:t>
      </w:r>
      <w:r>
        <w:rPr>
          <w:rFonts w:ascii="Arial" w:eastAsia="Times New Roman" w:hAnsi="Arial"/>
          <w:noProof/>
          <w:color w:val="000000"/>
          <w:sz w:val="18"/>
          <w:szCs w:val="18"/>
        </w:rPr>
        <w:drawing>
          <wp:inline distT="0" distB="0" distL="0" distR="0" wp14:anchorId="1E20F3B2" wp14:editId="7131B18D">
            <wp:extent cx="495303" cy="495303"/>
            <wp:effectExtent l="0" t="0" r="0" b="0"/>
            <wp:docPr id="2" name="Picture 8" descr="Sandroy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4953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BREAKFAST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E1342A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Default="00E1342A" w:rsidP="00E1342A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04320" behindDoc="0" locked="0" layoutInCell="1" allowOverlap="1" wp14:anchorId="42603E43" wp14:editId="01416A42">
                  <wp:simplePos x="0" y="0"/>
                  <wp:positionH relativeFrom="column">
                    <wp:posOffset>87062</wp:posOffset>
                  </wp:positionH>
                  <wp:positionV relativeFrom="paragraph">
                    <wp:posOffset>179237</wp:posOffset>
                  </wp:positionV>
                  <wp:extent cx="582116" cy="419764"/>
                  <wp:effectExtent l="0" t="0" r="8434" b="0"/>
                  <wp:wrapSquare wrapText="bothSides"/>
                  <wp:docPr id="6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 t="16261" r="7521" b="20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16" cy="41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Main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Fried Eggs </w:t>
            </w:r>
            <w:r>
              <w:rPr>
                <w:szCs w:val="17"/>
              </w:rPr>
              <w:t>a</w:t>
            </w:r>
            <w:r w:rsidRPr="007716BB">
              <w:rPr>
                <w:szCs w:val="17"/>
              </w:rPr>
              <w:t>nd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 Waffle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Boiled Eggs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s</w:t>
            </w:r>
            <w:r w:rsidRPr="007716BB">
              <w:rPr>
                <w:szCs w:val="17"/>
              </w:rPr>
              <w:t xml:space="preserve">erved </w:t>
            </w:r>
            <w:r>
              <w:rPr>
                <w:szCs w:val="17"/>
              </w:rPr>
              <w:t>a</w:t>
            </w:r>
            <w:r w:rsidRPr="007716BB">
              <w:rPr>
                <w:szCs w:val="17"/>
              </w:rPr>
              <w:t>long</w:t>
            </w:r>
            <w:r>
              <w:rPr>
                <w:szCs w:val="17"/>
              </w:rPr>
              <w:t>s</w:t>
            </w:r>
            <w:r w:rsidRPr="007716BB">
              <w:rPr>
                <w:szCs w:val="17"/>
              </w:rPr>
              <w:t>ide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 Fruit 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Toasted Crumpets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Grilled Bacon &amp;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Tomato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Croissants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Grilled Pork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Sausages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Scrambled Egg </w:t>
            </w:r>
            <w:r>
              <w:rPr>
                <w:szCs w:val="17"/>
              </w:rPr>
              <w:t>w</w:t>
            </w:r>
            <w:r w:rsidRPr="007716BB">
              <w:rPr>
                <w:szCs w:val="17"/>
              </w:rPr>
              <w:t>ith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Hash Browns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Croissants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Full English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Cooked Breakfast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</w:pPr>
            <w:r>
              <w:rPr>
                <w:i/>
                <w:color w:val="50155C"/>
                <w:sz w:val="15"/>
              </w:rPr>
              <w:t>Accompaniment</w:t>
            </w:r>
          </w:p>
        </w:tc>
        <w:tc>
          <w:tcPr>
            <w:tcW w:w="13019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i/>
                <w:color w:val="50155C"/>
                <w:sz w:val="15"/>
              </w:rPr>
              <w:t>Served daily with fruit cart, cereals, porridge, toast and preserves</w:t>
            </w:r>
          </w:p>
        </w:tc>
      </w:tr>
    </w:tbl>
    <w:p w:rsidR="00A9026E" w:rsidRDefault="00A9026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LUNCH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CC37EA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Default="00CC37EA" w:rsidP="00CC37EA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22752" behindDoc="0" locked="0" layoutInCell="1" allowOverlap="1" wp14:anchorId="6406A152" wp14:editId="6D67A439">
                  <wp:simplePos x="0" y="0"/>
                  <wp:positionH relativeFrom="column">
                    <wp:posOffset>165267</wp:posOffset>
                  </wp:positionH>
                  <wp:positionV relativeFrom="paragraph">
                    <wp:posOffset>119079</wp:posOffset>
                  </wp:positionV>
                  <wp:extent cx="476996" cy="385556"/>
                  <wp:effectExtent l="0" t="0" r="0" b="0"/>
                  <wp:wrapSquare wrapText="bothSides"/>
                  <wp:docPr id="9" name="Imag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l="6120" t="12121" r="7179" b="21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996" cy="385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Sweet &amp; Sour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Chicken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Pr="007716BB">
              <w:rPr>
                <w:szCs w:val="17"/>
              </w:rPr>
              <w:t>ith Prawn Crackers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Spaghetti &amp;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Meatballs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in a </w:t>
            </w:r>
            <w:r w:rsidRPr="007716BB">
              <w:rPr>
                <w:szCs w:val="17"/>
              </w:rPr>
              <w:t>Rich Tomato &amp;</w:t>
            </w:r>
          </w:p>
          <w:p w:rsidR="00CC37EA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Herb Sauce, 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s</w:t>
            </w:r>
            <w:r w:rsidRPr="007716BB">
              <w:rPr>
                <w:szCs w:val="17"/>
              </w:rPr>
              <w:t xml:space="preserve">erved </w:t>
            </w:r>
            <w:r>
              <w:rPr>
                <w:szCs w:val="17"/>
              </w:rPr>
              <w:t>w</w:t>
            </w:r>
            <w:r w:rsidRPr="007716BB">
              <w:rPr>
                <w:szCs w:val="17"/>
              </w:rPr>
              <w:t>ith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Grated Parmesan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 Pork Loin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Pr="007716BB">
              <w:rPr>
                <w:szCs w:val="17"/>
              </w:rPr>
              <w:t>ith Herb Stuffing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Apple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Chicken</w:t>
            </w:r>
            <w:r>
              <w:rPr>
                <w:szCs w:val="17"/>
              </w:rPr>
              <w:t xml:space="preserve"> &amp; Bacon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Pasta</w:t>
            </w:r>
            <w:r w:rsidRPr="007716BB">
              <w:rPr>
                <w:szCs w:val="17"/>
              </w:rPr>
              <w:t xml:space="preserve">, </w:t>
            </w:r>
            <w:r>
              <w:rPr>
                <w:szCs w:val="17"/>
              </w:rPr>
              <w:t>in a</w:t>
            </w:r>
          </w:p>
          <w:p w:rsidR="00CC37EA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Creamy</w:t>
            </w:r>
            <w:r>
              <w:rPr>
                <w:szCs w:val="17"/>
              </w:rPr>
              <w:t xml:space="preserve"> Herb</w:t>
            </w:r>
            <w:r w:rsidRPr="007716BB">
              <w:rPr>
                <w:szCs w:val="17"/>
              </w:rPr>
              <w:t xml:space="preserve"> Sauce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Breaded Fish Fingers,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Pr="007716BB">
              <w:rPr>
                <w:szCs w:val="17"/>
              </w:rPr>
              <w:t>ith Fresh Lemon &amp;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Tartare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Beef Curry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Naan Bread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Cucumber Riata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Mango Chutney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Gammon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With Herb Stuffing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Pan Gravy</w:t>
            </w:r>
          </w:p>
        </w:tc>
      </w:tr>
      <w:tr w:rsidR="00CC37EA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Default="00CC37EA" w:rsidP="00CC37EA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23776" behindDoc="0" locked="0" layoutInCell="1" allowOverlap="1" wp14:anchorId="3C140BF4" wp14:editId="681B632F">
                  <wp:simplePos x="0" y="0"/>
                  <wp:positionH relativeFrom="column">
                    <wp:posOffset>14872</wp:posOffset>
                  </wp:positionH>
                  <wp:positionV relativeFrom="paragraph">
                    <wp:posOffset>123491</wp:posOffset>
                  </wp:positionV>
                  <wp:extent cx="797402" cy="474838"/>
                  <wp:effectExtent l="0" t="0" r="2698" b="1412"/>
                  <wp:wrapSquare wrapText="bothSides"/>
                  <wp:docPr id="11" name="Imag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 l="6626" t="15776" r="4386" b="4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02" cy="47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Vegetables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Egg Fried Rice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Cauliflower Florets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French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Prepared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Salads &amp;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 Potatoes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Broccoli Florets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Baton Carrots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Broccoli Florets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Sliced Savoy Cabbage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Chips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Steamed Peas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Fragrant Steamed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Rice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Spiced Cauliflower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Florets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 Potatoes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Creamed Leeks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Carrots &amp; Swede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Puree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Parsnips</w:t>
            </w:r>
            <w:r>
              <w:rPr>
                <w:szCs w:val="17"/>
              </w:rPr>
              <w:t xml:space="preserve"> in Honey</w:t>
            </w:r>
          </w:p>
        </w:tc>
      </w:tr>
      <w:tr w:rsidR="00CC37EA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Default="00CC37EA" w:rsidP="00CC37EA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24800" behindDoc="0" locked="0" layoutInCell="1" allowOverlap="1" wp14:anchorId="7DB8F037" wp14:editId="3AE46EA2">
                  <wp:simplePos x="0" y="0"/>
                  <wp:positionH relativeFrom="column">
                    <wp:posOffset>189330</wp:posOffset>
                  </wp:positionH>
                  <wp:positionV relativeFrom="paragraph">
                    <wp:posOffset>172587</wp:posOffset>
                  </wp:positionV>
                  <wp:extent cx="433078" cy="491398"/>
                  <wp:effectExtent l="0" t="0" r="5072" b="3902"/>
                  <wp:wrapSquare wrapText="bothSides"/>
                  <wp:docPr id="13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 l="11315" t="6992" r="13953" b="18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8" cy="49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Fruits </w:t>
            </w:r>
            <w:r>
              <w:rPr>
                <w:szCs w:val="17"/>
              </w:rPr>
              <w:t>of t</w:t>
            </w:r>
            <w:r w:rsidRPr="007716BB">
              <w:rPr>
                <w:szCs w:val="17"/>
              </w:rPr>
              <w:t>he Forest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Eton Mess Fresh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Chocolate Brownie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With Vanilla Ice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Fruit Jelly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Fresh Cream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Ice Cream Thursday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Chocolate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Pudding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Chocolate Custard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Natural Yogurt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Fruit Compote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Various Toppings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Banoffee Pie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 Cream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</w:tr>
    </w:tbl>
    <w:p w:rsidR="00A9026E" w:rsidRDefault="00A9026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SUPPER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E5B31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4E19D86A" wp14:editId="50902FDA">
                  <wp:simplePos x="0" y="0"/>
                  <wp:positionH relativeFrom="column">
                    <wp:posOffset>79952</wp:posOffset>
                  </wp:positionH>
                  <wp:positionV relativeFrom="paragraph">
                    <wp:posOffset>168422</wp:posOffset>
                  </wp:positionV>
                  <wp:extent cx="652680" cy="547204"/>
                  <wp:effectExtent l="0" t="0" r="0" b="5246"/>
                  <wp:wrapSquare wrapText="bothSides"/>
                  <wp:docPr id="16" name="Image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 t="9625" r="5339" b="15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680" cy="54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237065">
              <w:t>Main Course</w:t>
            </w:r>
          </w:p>
          <w:p w:rsidR="007E7638" w:rsidRDefault="007E7638">
            <w:pPr>
              <w:spacing w:after="0" w:line="221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B06F0" w:rsidRPr="007716BB" w:rsidRDefault="000B06F0" w:rsidP="000B06F0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Tomato &amp; Basil Pasta</w:t>
            </w:r>
          </w:p>
          <w:p w:rsidR="000B06F0" w:rsidRPr="007716BB" w:rsidRDefault="000B06F0" w:rsidP="000B06F0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Garlic Bread</w:t>
            </w:r>
          </w:p>
          <w:p w:rsidR="000B06F0" w:rsidRPr="007716BB" w:rsidRDefault="000B06F0" w:rsidP="000B06F0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Roasted Vegetables</w:t>
            </w:r>
          </w:p>
          <w:p w:rsidR="00A9026E" w:rsidRPr="007716BB" w:rsidRDefault="000B06F0" w:rsidP="000B06F0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Margarita Pizza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Various Toppings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Katsu Chicken Curry</w:t>
            </w:r>
          </w:p>
          <w:p w:rsidR="00A9026E" w:rsidRPr="007716BB" w:rsidRDefault="00F62C8D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="00237065" w:rsidRPr="007716BB">
              <w:rPr>
                <w:szCs w:val="17"/>
              </w:rPr>
              <w:t>ith Egg Noodles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Roasted Vegetables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00098" w:rsidRPr="007716BB" w:rsidRDefault="00C00098" w:rsidP="00C0009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Cheese Burger &amp;</w:t>
            </w:r>
          </w:p>
          <w:p w:rsidR="00C00098" w:rsidRPr="007716BB" w:rsidRDefault="005555C5" w:rsidP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Fried </w:t>
            </w:r>
            <w:r w:rsidR="00C00098" w:rsidRPr="007716BB">
              <w:rPr>
                <w:szCs w:val="17"/>
              </w:rPr>
              <w:t>Onion</w:t>
            </w:r>
            <w:r>
              <w:rPr>
                <w:szCs w:val="17"/>
              </w:rPr>
              <w:t>s</w:t>
            </w:r>
          </w:p>
          <w:p w:rsidR="00C00098" w:rsidRPr="007716BB" w:rsidRDefault="00C00098" w:rsidP="00C0009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Sauté Potatoes</w:t>
            </w:r>
          </w:p>
          <w:p w:rsidR="00C00098" w:rsidRPr="007716BB" w:rsidRDefault="00C00098" w:rsidP="00C0009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Beans</w:t>
            </w:r>
          </w:p>
          <w:p w:rsidR="00A9026E" w:rsidRPr="007716BB" w:rsidRDefault="00C00098" w:rsidP="00C0009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Fusilli Pasta </w:t>
            </w:r>
            <w:r w:rsidR="00F62C8D">
              <w:rPr>
                <w:szCs w:val="17"/>
              </w:rPr>
              <w:t>w</w:t>
            </w:r>
            <w:r w:rsidRPr="007716BB">
              <w:rPr>
                <w:szCs w:val="17"/>
              </w:rPr>
              <w:t>ith</w:t>
            </w:r>
          </w:p>
          <w:p w:rsidR="00A9026E" w:rsidRPr="007716BB" w:rsidRDefault="000B06F0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Ham</w:t>
            </w:r>
            <w:r w:rsidR="00237065" w:rsidRPr="007716BB">
              <w:rPr>
                <w:szCs w:val="17"/>
              </w:rPr>
              <w:t xml:space="preserve"> &amp; Cheese,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Broccoli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Florets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0B06F0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Marinated</w:t>
            </w:r>
            <w:r w:rsidR="00237065" w:rsidRPr="007716BB">
              <w:rPr>
                <w:szCs w:val="17"/>
              </w:rPr>
              <w:t xml:space="preserve"> Chicken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Thighs,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Roasted Baby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Peas &amp; Carrots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Grilled Pork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Sausages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With Creamy Mashed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Potatoes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Beans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</w:tr>
      <w:tr w:rsidR="007E7638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237065" w:rsidRDefault="00BE5B31" w:rsidP="00BE5B31">
            <w:pPr>
              <w:spacing w:after="0" w:line="221" w:lineRule="auto"/>
              <w:rPr>
                <w:sz w:val="19"/>
              </w:rPr>
            </w:pPr>
            <w:r>
              <w:rPr>
                <w:noProof/>
                <w:sz w:val="26"/>
                <w:szCs w:val="28"/>
              </w:rPr>
              <w:drawing>
                <wp:anchor distT="0" distB="0" distL="114300" distR="114300" simplePos="0" relativeHeight="251696128" behindDoc="0" locked="0" layoutInCell="1" allowOverlap="1" wp14:anchorId="2654639C" wp14:editId="0E7E145E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133350</wp:posOffset>
                  </wp:positionV>
                  <wp:extent cx="400685" cy="322580"/>
                  <wp:effectExtent l="0" t="0" r="0" b="1270"/>
                  <wp:wrapSquare wrapText="bothSides"/>
                  <wp:docPr id="22" name="Imag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 l="12557" t="17110" r="11664" b="20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7638" w:rsidRPr="00237065">
              <w:rPr>
                <w:sz w:val="19"/>
              </w:rP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Flapjack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Carrot Cake</w:t>
            </w:r>
          </w:p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Chilled Water</w:t>
            </w:r>
            <w:r w:rsidR="00AE19E0">
              <w:rPr>
                <w:szCs w:val="17"/>
              </w:rPr>
              <w:t>m</w:t>
            </w:r>
            <w:r w:rsidRPr="007716BB">
              <w:rPr>
                <w:szCs w:val="17"/>
              </w:rPr>
              <w:t>elon</w:t>
            </w:r>
          </w:p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7716BB" w:rsidRDefault="007E7638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Courgette Cake 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Classic School</w:t>
            </w:r>
          </w:p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Sponge Cake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Chocolate Sponge</w:t>
            </w:r>
          </w:p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Cake, with Sprinkles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Pr="007716BB" w:rsidRDefault="007E7638" w:rsidP="007E763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Home Baked Cookies</w:t>
            </w:r>
          </w:p>
        </w:tc>
      </w:tr>
      <w:tr w:rsidR="00E1342A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Default="00E1342A" w:rsidP="00E1342A">
            <w:pPr>
              <w:spacing w:after="0" w:line="221" w:lineRule="auto"/>
            </w:pPr>
            <w:r>
              <w:rPr>
                <w:i/>
                <w:color w:val="50155C"/>
                <w:sz w:val="15"/>
              </w:rPr>
              <w:t>Accompaniment</w:t>
            </w:r>
          </w:p>
        </w:tc>
        <w:tc>
          <w:tcPr>
            <w:tcW w:w="13019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237065" w:rsidRDefault="00E1342A" w:rsidP="00E1342A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i/>
                <w:color w:val="50155C"/>
              </w:rPr>
              <w:t>Lunch &amp; Supper Served daily with a selection of freshly prepared salads and proteins</w:t>
            </w:r>
            <w:r>
              <w:rPr>
                <w:i/>
                <w:color w:val="50155C"/>
              </w:rPr>
              <w:t>, Fresh Fruits &amp; Natural Greek Yoghurt</w:t>
            </w:r>
          </w:p>
        </w:tc>
      </w:tr>
    </w:tbl>
    <w:p w:rsidR="00A9026E" w:rsidRDefault="00546E79" w:rsidP="00BB471D">
      <w:pPr>
        <w:spacing w:after="40"/>
      </w:pPr>
      <w:r>
        <w:t xml:space="preserve">                                                                                                                                      </w:t>
      </w:r>
      <w:r w:rsidR="00BB471D">
        <w:rPr>
          <w:color w:val="50155C"/>
          <w:sz w:val="32"/>
        </w:rPr>
        <w:t xml:space="preserve">   </w:t>
      </w:r>
      <w:r w:rsidR="00237065">
        <w:rPr>
          <w:color w:val="50155C"/>
          <w:sz w:val="32"/>
        </w:rPr>
        <w:t xml:space="preserve"> Our Autumn School Menu: Week Three</w:t>
      </w:r>
      <w:r w:rsidR="00BB471D">
        <w:rPr>
          <w:color w:val="50155C"/>
          <w:sz w:val="32"/>
        </w:rPr>
        <w:t xml:space="preserve">                       </w:t>
      </w:r>
      <w:r w:rsidR="00BE5B31">
        <w:rPr>
          <w:color w:val="50155C"/>
          <w:sz w:val="32"/>
        </w:rPr>
        <w:t xml:space="preserve"> </w:t>
      </w:r>
      <w:r w:rsidR="00BB471D">
        <w:rPr>
          <w:color w:val="50155C"/>
          <w:sz w:val="32"/>
        </w:rPr>
        <w:t xml:space="preserve">                              </w:t>
      </w:r>
      <w:r w:rsidR="00BB471D">
        <w:rPr>
          <w:rFonts w:ascii="Arial" w:eastAsia="Times New Roman" w:hAnsi="Arial"/>
          <w:noProof/>
          <w:color w:val="000000"/>
          <w:sz w:val="18"/>
          <w:szCs w:val="18"/>
        </w:rPr>
        <w:drawing>
          <wp:inline distT="0" distB="0" distL="0" distR="0" wp14:anchorId="1E20F3B2" wp14:editId="7131B18D">
            <wp:extent cx="495303" cy="495303"/>
            <wp:effectExtent l="0" t="0" r="0" b="0"/>
            <wp:docPr id="3" name="Picture 8" descr="Sandroy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4953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BREAKFAST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E1342A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Default="00E1342A" w:rsidP="00E1342A">
            <w:pPr>
              <w:spacing w:after="0" w:line="221" w:lineRule="auto"/>
              <w:jc w:val="center"/>
            </w:pPr>
            <w:r>
              <w:t>Main</w:t>
            </w:r>
          </w:p>
          <w:p w:rsidR="00E1342A" w:rsidRDefault="00E1342A" w:rsidP="00E1342A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06368" behindDoc="0" locked="0" layoutInCell="1" allowOverlap="1" wp14:anchorId="2239D65A" wp14:editId="1FE0FD1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122555</wp:posOffset>
                  </wp:positionV>
                  <wp:extent cx="582116" cy="419764"/>
                  <wp:effectExtent l="0" t="0" r="8434" b="0"/>
                  <wp:wrapSquare wrapText="bothSides"/>
                  <wp:docPr id="7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 t="16261" r="7521" b="20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16" cy="41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Fried Eggs </w:t>
            </w:r>
            <w:r>
              <w:rPr>
                <w:szCs w:val="17"/>
              </w:rPr>
              <w:t>a</w:t>
            </w:r>
            <w:r w:rsidRPr="007716BB">
              <w:rPr>
                <w:szCs w:val="17"/>
              </w:rPr>
              <w:t>nd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 Waffle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Boiled Eggs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s</w:t>
            </w:r>
            <w:r w:rsidRPr="007716BB">
              <w:rPr>
                <w:szCs w:val="17"/>
              </w:rPr>
              <w:t xml:space="preserve">erved </w:t>
            </w:r>
            <w:r>
              <w:rPr>
                <w:szCs w:val="17"/>
              </w:rPr>
              <w:t>a</w:t>
            </w:r>
            <w:r w:rsidRPr="007716BB">
              <w:rPr>
                <w:szCs w:val="17"/>
              </w:rPr>
              <w:t>long</w:t>
            </w:r>
            <w:r>
              <w:rPr>
                <w:szCs w:val="17"/>
              </w:rPr>
              <w:t>s</w:t>
            </w:r>
            <w:r w:rsidRPr="007716BB">
              <w:rPr>
                <w:szCs w:val="17"/>
              </w:rPr>
              <w:t>ide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 Fruit 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Toasted Crumpets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Grilled Bacon &amp;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Tomato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Croissants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Grilled Pork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Sausages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Scrambled Egg </w:t>
            </w:r>
            <w:r>
              <w:rPr>
                <w:szCs w:val="17"/>
              </w:rPr>
              <w:t>w</w:t>
            </w:r>
            <w:r w:rsidRPr="007716BB">
              <w:rPr>
                <w:szCs w:val="17"/>
              </w:rPr>
              <w:t>ith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Hash Browns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Croissants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Full English</w:t>
            </w:r>
          </w:p>
          <w:p w:rsidR="00E1342A" w:rsidRPr="007716BB" w:rsidRDefault="00E1342A" w:rsidP="00E1342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Cooked Breakfast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</w:pPr>
            <w:r>
              <w:rPr>
                <w:i/>
                <w:color w:val="50155C"/>
                <w:sz w:val="15"/>
              </w:rPr>
              <w:t>Accompaniment</w:t>
            </w:r>
          </w:p>
        </w:tc>
        <w:tc>
          <w:tcPr>
            <w:tcW w:w="13019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i/>
                <w:color w:val="50155C"/>
                <w:sz w:val="15"/>
              </w:rPr>
              <w:t>Served daily with fruit cart, cereals, porridge, toast and preserves</w:t>
            </w:r>
          </w:p>
        </w:tc>
      </w:tr>
    </w:tbl>
    <w:p w:rsidR="00A9026E" w:rsidRDefault="00A9026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LUNCH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BB471D" w:rsidRDefault="00BE5B31" w:rsidP="00510522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07A74A65" wp14:editId="37DDB0FA">
                  <wp:simplePos x="0" y="0"/>
                  <wp:positionH relativeFrom="column">
                    <wp:posOffset>159251</wp:posOffset>
                  </wp:positionH>
                  <wp:positionV relativeFrom="paragraph">
                    <wp:posOffset>135389</wp:posOffset>
                  </wp:positionV>
                  <wp:extent cx="476996" cy="385556"/>
                  <wp:effectExtent l="0" t="0" r="0" b="0"/>
                  <wp:wrapSquare wrapText="bothSides"/>
                  <wp:docPr id="10" name="Imag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l="6120" t="12121" r="7179" b="21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996" cy="385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237065"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41D7A" w:rsidRDefault="00041D7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Classic </w:t>
            </w:r>
            <w:r w:rsidR="00237065" w:rsidRPr="007716BB">
              <w:rPr>
                <w:szCs w:val="17"/>
              </w:rPr>
              <w:t>Cottage Pie</w:t>
            </w:r>
          </w:p>
          <w:p w:rsidR="00A9026E" w:rsidRPr="007716BB" w:rsidRDefault="00041D7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i</w:t>
            </w:r>
            <w:r w:rsidR="00237065" w:rsidRPr="007716BB">
              <w:rPr>
                <w:szCs w:val="17"/>
              </w:rPr>
              <w:t xml:space="preserve">n </w:t>
            </w:r>
            <w:r>
              <w:rPr>
                <w:szCs w:val="17"/>
              </w:rPr>
              <w:t>a R</w:t>
            </w:r>
            <w:r w:rsidR="00237065" w:rsidRPr="007716BB">
              <w:rPr>
                <w:szCs w:val="17"/>
              </w:rPr>
              <w:t>ich</w:t>
            </w:r>
            <w:r>
              <w:rPr>
                <w:szCs w:val="17"/>
              </w:rPr>
              <w:t xml:space="preserve"> </w:t>
            </w:r>
            <w:r w:rsidR="00237065" w:rsidRPr="007716BB">
              <w:rPr>
                <w:szCs w:val="17"/>
              </w:rPr>
              <w:t>Beef Gravy, Topped</w:t>
            </w:r>
            <w:r>
              <w:rPr>
                <w:szCs w:val="17"/>
              </w:rPr>
              <w:t xml:space="preserve"> w</w:t>
            </w:r>
            <w:r w:rsidR="00237065" w:rsidRPr="007716BB">
              <w:rPr>
                <w:szCs w:val="17"/>
              </w:rPr>
              <w:t>ith Creamy Mashed</w:t>
            </w:r>
            <w:r>
              <w:rPr>
                <w:szCs w:val="17"/>
              </w:rPr>
              <w:t xml:space="preserve"> </w:t>
            </w:r>
            <w:r w:rsidR="00237065" w:rsidRPr="007716BB">
              <w:rPr>
                <w:szCs w:val="17"/>
              </w:rPr>
              <w:t>Potatoes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Pork Stroganoff</w:t>
            </w:r>
            <w:r w:rsidR="00041D7A">
              <w:rPr>
                <w:szCs w:val="17"/>
              </w:rPr>
              <w:t xml:space="preserve"> in a </w:t>
            </w:r>
            <w:r w:rsidRPr="007716BB">
              <w:rPr>
                <w:szCs w:val="17"/>
              </w:rPr>
              <w:t>Mustard &amp; Paprika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Chicken &amp; Chorizo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Risotto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Served </w:t>
            </w:r>
            <w:r w:rsidR="00041D7A" w:rsidRPr="007716BB">
              <w:rPr>
                <w:szCs w:val="17"/>
              </w:rPr>
              <w:t>with</w:t>
            </w:r>
            <w:r w:rsidRPr="007716BB">
              <w:rPr>
                <w:szCs w:val="17"/>
              </w:rPr>
              <w:t xml:space="preserve"> Crusty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Sliced Bread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Chicken Tikka Masala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Basmati Rice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Coriander Riata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Mango Chutney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Naan Bread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Battered Fish &amp; Chips</w:t>
            </w:r>
          </w:p>
          <w:p w:rsidR="00A9026E" w:rsidRPr="007716BB" w:rsidRDefault="00041D7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="00237065" w:rsidRPr="007716BB">
              <w:rPr>
                <w:szCs w:val="17"/>
              </w:rPr>
              <w:t>ith Fresh Lemon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Tartare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Salmon Fillet</w:t>
            </w:r>
          </w:p>
          <w:p w:rsidR="00A9026E" w:rsidRPr="007716BB" w:rsidRDefault="00041D7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="001767A2">
              <w:rPr>
                <w:szCs w:val="17"/>
              </w:rPr>
              <w:t xml:space="preserve">ith </w:t>
            </w:r>
            <w:r>
              <w:rPr>
                <w:szCs w:val="17"/>
              </w:rPr>
              <w:t xml:space="preserve">a </w:t>
            </w:r>
            <w:r w:rsidR="001767A2">
              <w:rPr>
                <w:szCs w:val="17"/>
              </w:rPr>
              <w:t xml:space="preserve">White Wine &amp; Chive Sauce 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Roast Leg of Lamb </w:t>
            </w:r>
          </w:p>
          <w:p w:rsidR="00C00098" w:rsidRDefault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Mint Sauce </w:t>
            </w:r>
          </w:p>
          <w:p w:rsidR="00C00098" w:rsidRPr="007716BB" w:rsidRDefault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Pan Gravy 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BB471D" w:rsidRDefault="00BE5B31" w:rsidP="00510522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383658FA" wp14:editId="18003362">
                  <wp:simplePos x="0" y="0"/>
                  <wp:positionH relativeFrom="column">
                    <wp:posOffset>38936</wp:posOffset>
                  </wp:positionH>
                  <wp:positionV relativeFrom="paragraph">
                    <wp:posOffset>155809</wp:posOffset>
                  </wp:positionV>
                  <wp:extent cx="797402" cy="474838"/>
                  <wp:effectExtent l="0" t="0" r="2698" b="1412"/>
                  <wp:wrapSquare wrapText="bothSides"/>
                  <wp:docPr id="12" name="Imag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 l="6626" t="15776" r="4386" b="4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02" cy="47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237065">
              <w:t>Vegetables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Steamed Peas </w:t>
            </w:r>
            <w:r w:rsidR="00041D7A">
              <w:rPr>
                <w:szCs w:val="17"/>
              </w:rPr>
              <w:t>w</w:t>
            </w:r>
            <w:r w:rsidRPr="007716BB">
              <w:rPr>
                <w:szCs w:val="17"/>
              </w:rPr>
              <w:t>ith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Sweetcorn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Broccoli Florets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9311ED" w:rsidRDefault="009311ED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Steamed Rice 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Baton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Carrots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9311ED" w:rsidRPr="007716BB" w:rsidRDefault="009311ED" w:rsidP="009311ED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Steamed </w:t>
            </w:r>
            <w:r w:rsidR="00237065" w:rsidRPr="007716BB">
              <w:rPr>
                <w:szCs w:val="17"/>
              </w:rPr>
              <w:t xml:space="preserve">Sliced Cabbage </w:t>
            </w:r>
          </w:p>
          <w:p w:rsidR="00A9026E" w:rsidRPr="007716BB" w:rsidRDefault="00A9026E">
            <w:pPr>
              <w:spacing w:after="0" w:line="221" w:lineRule="auto"/>
              <w:rPr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Cauliflower Florets</w:t>
            </w:r>
          </w:p>
          <w:p w:rsidR="00A9026E" w:rsidRPr="007716BB" w:rsidRDefault="00237065" w:rsidP="00041D7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</w:t>
            </w:r>
            <w:r w:rsidR="00041D7A">
              <w:rPr>
                <w:szCs w:val="17"/>
              </w:rPr>
              <w:t xml:space="preserve"> </w:t>
            </w:r>
            <w:r w:rsidRPr="007716BB">
              <w:rPr>
                <w:szCs w:val="17"/>
              </w:rPr>
              <w:t>Steamed Whole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Chunky Chips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Steamed Peas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1767A2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Steamed Potatoes </w:t>
            </w:r>
            <w:r w:rsidR="00237065" w:rsidRPr="007716BB">
              <w:rPr>
                <w:szCs w:val="17"/>
              </w:rPr>
              <w:t>French Beans &amp;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Sugar Snap Peas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Dauphinoise Potato</w:t>
            </w:r>
          </w:p>
          <w:p w:rsidR="00C00098" w:rsidRDefault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Roast Carrots </w:t>
            </w:r>
          </w:p>
          <w:p w:rsidR="00C00098" w:rsidRDefault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Red Cabbage </w:t>
            </w:r>
          </w:p>
          <w:p w:rsidR="00C00098" w:rsidRPr="007716BB" w:rsidRDefault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Roast Parsnips </w:t>
            </w:r>
          </w:p>
        </w:tc>
      </w:tr>
      <w:tr w:rsidR="00CC37EA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Default="00CC37EA" w:rsidP="00CC37EA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20704" behindDoc="0" locked="0" layoutInCell="1" allowOverlap="1" wp14:anchorId="5A469170" wp14:editId="604662A2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153035</wp:posOffset>
                  </wp:positionV>
                  <wp:extent cx="432435" cy="429895"/>
                  <wp:effectExtent l="0" t="0" r="5715" b="8255"/>
                  <wp:wrapSquare wrapText="bothSides"/>
                  <wp:docPr id="15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 l="11315" t="6992" r="13953" b="18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3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Baked Rice Pudding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Served With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Preserves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Profiteroles,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Filled </w:t>
            </w:r>
            <w:r>
              <w:rPr>
                <w:szCs w:val="17"/>
              </w:rPr>
              <w:t>w</w:t>
            </w:r>
            <w:r w:rsidRPr="007716BB">
              <w:rPr>
                <w:szCs w:val="17"/>
              </w:rPr>
              <w:t>ith Fresh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Caramel Sauce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Raspberry Meringue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Roulade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Ice Cream Thursday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Treacle Sponge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Custard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Strawberry Gateaux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With Fresh Dairy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Cream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Fruit Jelly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&amp; Ice Cream</w:t>
            </w:r>
          </w:p>
          <w:p w:rsidR="00CC37EA" w:rsidRPr="007716BB" w:rsidRDefault="00CC37EA" w:rsidP="00CC37E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o</w:t>
            </w:r>
            <w:r w:rsidRPr="007716BB">
              <w:rPr>
                <w:szCs w:val="17"/>
              </w:rPr>
              <w:t>r Fresh Fruit</w:t>
            </w:r>
          </w:p>
        </w:tc>
      </w:tr>
    </w:tbl>
    <w:p w:rsidR="00A9026E" w:rsidRDefault="00A9026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1961"/>
      </w:tblGrid>
      <w:tr w:rsidR="00A9026E" w:rsidTr="00F427C5">
        <w:trPr>
          <w:jc w:val="center"/>
        </w:trPr>
        <w:tc>
          <w:tcPr>
            <w:tcW w:w="14459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SUPPER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237065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A9026E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E7638" w:rsidRDefault="00BE5B31" w:rsidP="00BE5B31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4E19D86A" wp14:editId="50902FDA">
                  <wp:simplePos x="0" y="0"/>
                  <wp:positionH relativeFrom="column">
                    <wp:posOffset>62999</wp:posOffset>
                  </wp:positionH>
                  <wp:positionV relativeFrom="paragraph">
                    <wp:posOffset>173222</wp:posOffset>
                  </wp:positionV>
                  <wp:extent cx="652680" cy="547204"/>
                  <wp:effectExtent l="0" t="0" r="0" b="5246"/>
                  <wp:wrapSquare wrapText="bothSides"/>
                  <wp:docPr id="17" name="Image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 t="9625" r="5339" b="15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680" cy="54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237065"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B06F0" w:rsidRPr="007716BB" w:rsidRDefault="000B06F0" w:rsidP="000B06F0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Cod Goujons</w:t>
            </w:r>
          </w:p>
          <w:p w:rsidR="000B06F0" w:rsidRPr="007716BB" w:rsidRDefault="000B06F0" w:rsidP="000B06F0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Skinny Fries</w:t>
            </w:r>
          </w:p>
          <w:p w:rsidR="000B06F0" w:rsidRPr="007716BB" w:rsidRDefault="000B06F0" w:rsidP="000B06F0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Peas</w:t>
            </w:r>
          </w:p>
          <w:p w:rsidR="00A9026E" w:rsidRPr="007716BB" w:rsidRDefault="000B06F0" w:rsidP="000B06F0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Salt &amp; Pepper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Chicken</w:t>
            </w:r>
          </w:p>
          <w:p w:rsidR="00A9026E" w:rsidRPr="007716BB" w:rsidRDefault="009311ED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Chips 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Ham </w:t>
            </w:r>
            <w:r w:rsidR="00041D7A">
              <w:rPr>
                <w:szCs w:val="17"/>
              </w:rPr>
              <w:t>a</w:t>
            </w:r>
            <w:r w:rsidRPr="007716BB">
              <w:rPr>
                <w:szCs w:val="17"/>
              </w:rPr>
              <w:t>nd Cheese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Panier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Baby Steamed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Potatoes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Peas &amp; Spinach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00098" w:rsidRDefault="00C00098" w:rsidP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Honey Roast </w:t>
            </w:r>
            <w:r w:rsidRPr="007716BB">
              <w:rPr>
                <w:szCs w:val="17"/>
              </w:rPr>
              <w:t>Gammon</w:t>
            </w:r>
          </w:p>
          <w:p w:rsidR="00C00098" w:rsidRDefault="00C00098" w:rsidP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Sauté Potatoes </w:t>
            </w:r>
          </w:p>
          <w:p w:rsidR="00C00098" w:rsidRPr="007716BB" w:rsidRDefault="00C00098" w:rsidP="00C00098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Steamed Broccoli Florets </w:t>
            </w:r>
          </w:p>
          <w:p w:rsidR="00A9026E" w:rsidRPr="007716BB" w:rsidRDefault="00C00098" w:rsidP="00C00098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 xml:space="preserve">Baked Jacket Potato with </w:t>
            </w:r>
            <w:r w:rsidRPr="007716BB">
              <w:rPr>
                <w:szCs w:val="17"/>
              </w:rPr>
              <w:t>Beef Chilli Con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Carne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Crispy Chilli Beef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Noodles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Stir Fried Vegetables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Made Soup</w:t>
            </w:r>
          </w:p>
          <w:p w:rsidR="00A9026E" w:rsidRPr="007716BB" w:rsidRDefault="00041D7A">
            <w:pPr>
              <w:spacing w:after="0" w:line="221" w:lineRule="auto"/>
              <w:rPr>
                <w:szCs w:val="17"/>
              </w:rPr>
            </w:pPr>
            <w:r>
              <w:rPr>
                <w:szCs w:val="17"/>
              </w:rPr>
              <w:t>w</w:t>
            </w:r>
            <w:r w:rsidR="00237065" w:rsidRPr="007716BB">
              <w:rPr>
                <w:szCs w:val="17"/>
              </w:rPr>
              <w:t>ith Cheese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Baguette</w:t>
            </w:r>
          </w:p>
          <w:p w:rsidR="00A9026E" w:rsidRPr="007716BB" w:rsidRDefault="00237065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Salad Bar &amp; Proteins</w:t>
            </w:r>
          </w:p>
        </w:tc>
      </w:tr>
      <w:tr w:rsidR="00F62C8D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237065" w:rsidRDefault="00F62C8D" w:rsidP="00F62C8D">
            <w:pPr>
              <w:spacing w:after="0" w:line="221" w:lineRule="auto"/>
              <w:rPr>
                <w:sz w:val="19"/>
              </w:rPr>
            </w:pPr>
            <w:r>
              <w:rPr>
                <w:noProof/>
                <w:sz w:val="26"/>
                <w:szCs w:val="28"/>
              </w:rPr>
              <w:drawing>
                <wp:anchor distT="0" distB="0" distL="114300" distR="114300" simplePos="0" relativeHeight="251710464" behindDoc="0" locked="0" layoutInCell="1" allowOverlap="1" wp14:anchorId="7E216341" wp14:editId="61E99DBA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134620</wp:posOffset>
                  </wp:positionV>
                  <wp:extent cx="394335" cy="344170"/>
                  <wp:effectExtent l="0" t="0" r="5715" b="0"/>
                  <wp:wrapSquare wrapText="bothSides"/>
                  <wp:docPr id="23" name="Imag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 l="12557" t="17110" r="11664" b="20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7065">
              <w:rPr>
                <w:sz w:val="19"/>
              </w:rP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Freshly Baked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Flapjack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Carrot Cake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Chilled Water Melon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 xml:space="preserve">Courgette Cake 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Classic School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Sponge Cake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Chocolate Sponge</w:t>
            </w:r>
          </w:p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Cake, with Sprinkles</w:t>
            </w:r>
          </w:p>
        </w:tc>
        <w:tc>
          <w:tcPr>
            <w:tcW w:w="19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7716BB" w:rsidRDefault="00F62C8D" w:rsidP="00F62C8D">
            <w:pPr>
              <w:spacing w:after="0" w:line="221" w:lineRule="auto"/>
              <w:rPr>
                <w:szCs w:val="17"/>
              </w:rPr>
            </w:pPr>
            <w:r w:rsidRPr="007716BB">
              <w:rPr>
                <w:szCs w:val="17"/>
              </w:rPr>
              <w:t>Home Baked Cookies</w:t>
            </w:r>
          </w:p>
        </w:tc>
      </w:tr>
      <w:tr w:rsidR="00F62C8D" w:rsidTr="00F427C5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Default="00F62C8D" w:rsidP="00F62C8D">
            <w:pPr>
              <w:spacing w:after="0" w:line="221" w:lineRule="auto"/>
            </w:pPr>
            <w:r>
              <w:rPr>
                <w:i/>
                <w:color w:val="50155C"/>
                <w:sz w:val="15"/>
              </w:rPr>
              <w:t>Accompaniment</w:t>
            </w:r>
          </w:p>
        </w:tc>
        <w:tc>
          <w:tcPr>
            <w:tcW w:w="13019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F62C8D" w:rsidRPr="00237065" w:rsidRDefault="00F62C8D" w:rsidP="00F62C8D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i/>
                <w:color w:val="50155C"/>
              </w:rPr>
              <w:t>Lunch &amp; Supper Served daily with a selection of freshly prepared salads and proteins</w:t>
            </w:r>
            <w:r>
              <w:rPr>
                <w:i/>
                <w:color w:val="50155C"/>
              </w:rPr>
              <w:t>, Fresh Fruits &amp; Natural Greek Yoghurt</w:t>
            </w:r>
          </w:p>
        </w:tc>
      </w:tr>
    </w:tbl>
    <w:p w:rsidR="00A9026E" w:rsidRDefault="00A9026E" w:rsidP="00E840E5">
      <w:pPr>
        <w:spacing w:after="0"/>
      </w:pPr>
    </w:p>
    <w:sectPr w:rsidR="00A9026E" w:rsidSect="00034616">
      <w:pgSz w:w="16834" w:h="11909" w:orient="landscape"/>
      <w:pgMar w:top="403" w:right="432" w:bottom="403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B Garamon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D7A"/>
    <w:rsid w:val="0006063C"/>
    <w:rsid w:val="000B06F0"/>
    <w:rsid w:val="000B6ADF"/>
    <w:rsid w:val="001467F5"/>
    <w:rsid w:val="00146B82"/>
    <w:rsid w:val="0015074B"/>
    <w:rsid w:val="001767A2"/>
    <w:rsid w:val="00237065"/>
    <w:rsid w:val="0029639D"/>
    <w:rsid w:val="00321B79"/>
    <w:rsid w:val="00326F90"/>
    <w:rsid w:val="00510522"/>
    <w:rsid w:val="00546E79"/>
    <w:rsid w:val="005555C5"/>
    <w:rsid w:val="005F657E"/>
    <w:rsid w:val="007716BB"/>
    <w:rsid w:val="007E7638"/>
    <w:rsid w:val="009311ED"/>
    <w:rsid w:val="00A9026E"/>
    <w:rsid w:val="00AA1D8D"/>
    <w:rsid w:val="00AE19E0"/>
    <w:rsid w:val="00B47730"/>
    <w:rsid w:val="00B57360"/>
    <w:rsid w:val="00BB471D"/>
    <w:rsid w:val="00BE5B31"/>
    <w:rsid w:val="00C00098"/>
    <w:rsid w:val="00CB0664"/>
    <w:rsid w:val="00CC37EA"/>
    <w:rsid w:val="00CE7DF5"/>
    <w:rsid w:val="00E1342A"/>
    <w:rsid w:val="00E840E5"/>
    <w:rsid w:val="00F427C5"/>
    <w:rsid w:val="00F62C8D"/>
    <w:rsid w:val="00FB35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427A590-F97A-4AA0-8272-32F2EFA7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EB Garamond" w:eastAsia="EB Garamond" w:hAnsi="EB Garamond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86992D-4D8B-4D75-8F96-DEDD5361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Sandroyd Autumn 2026 School Menu – Editable</vt:lpstr>
    </vt:vector>
  </TitlesOfParts>
  <Manager/>
  <Company/>
  <LinksUpToDate>false</LinksUpToDate>
  <CharactersWithSpaces>8048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Sandroyd Autumn 2026 School Menu – Editable</dc:title>
  <dc:subject/>
  <dc:creator>python-docx</dc:creator>
  <cp:keywords/>
  <dc:description>generated by python-docx</dc:description>
  <cp:lastModifiedBy>Kevin Ramsell</cp:lastModifiedBy>
  <cp:revision>11</cp:revision>
  <cp:lastPrinted>2026-09-04T09:51:00Z</cp:lastPrinted>
  <dcterms:created xsi:type="dcterms:W3CDTF">2026-08-24T10:46:00Z</dcterms:created>
  <dcterms:modified xsi:type="dcterms:W3CDTF">2026-09-09T15:38:00Z</dcterms:modified>
  <cp:category/>
</cp:coreProperties>
</file>